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7A81E5" w14:textId="1430E144" w:rsidR="00D925BA" w:rsidRPr="00E8673D" w:rsidRDefault="00000000">
      <w:pPr>
        <w:spacing w:after="0"/>
        <w:jc w:val="center"/>
        <w:rPr>
          <w:lang w:val="ru-RU"/>
        </w:rPr>
      </w:pPr>
      <w:r>
        <w:rPr>
          <w:b/>
          <w:color w:val="1F4E78"/>
          <w:sz w:val="28"/>
        </w:rPr>
        <w:t>BAZABTC</w:t>
      </w:r>
      <w:r w:rsidR="00E8673D">
        <w:rPr>
          <w:b/>
          <w:color w:val="1F4E78"/>
          <w:sz w:val="28"/>
          <w:lang w:val="ru-RU"/>
        </w:rPr>
        <w:br/>
      </w:r>
    </w:p>
    <w:p w14:paraId="5ED5D215" w14:textId="1E3FE83E" w:rsidR="00D925BA" w:rsidRPr="00E8673D" w:rsidRDefault="00937702" w:rsidP="00937702">
      <w:pPr>
        <w:pStyle w:val="SmallNote"/>
        <w:jc w:val="center"/>
        <w:rPr>
          <w:lang w:val="ru-RU"/>
        </w:rPr>
      </w:pPr>
      <w:r>
        <w:rPr>
          <w:b/>
          <w:sz w:val="23"/>
          <w:lang w:val="ru-RU"/>
        </w:rPr>
        <w:t>ЗАЯВЛЕНИЕ</w:t>
      </w:r>
      <w:r w:rsidR="00000000" w:rsidRPr="00E8673D">
        <w:rPr>
          <w:b/>
          <w:sz w:val="23"/>
          <w:lang w:val="ru-RU"/>
        </w:rPr>
        <w:t xml:space="preserve"> ПО ТОВАРУ НЕНАДЛЕЖАЩЕГО КАЧЕСТВА</w:t>
      </w:r>
      <w:r>
        <w:rPr>
          <w:b/>
          <w:sz w:val="23"/>
          <w:lang w:val="ru-RU"/>
        </w:rPr>
        <w:br/>
      </w:r>
      <w:r w:rsidRPr="00720119">
        <w:rPr>
          <w:lang w:val="ru-RU"/>
        </w:rPr>
        <w:t xml:space="preserve">возврату, качеству, комплектности </w:t>
      </w:r>
      <w:r>
        <w:rPr>
          <w:lang w:val="ru-RU"/>
        </w:rPr>
        <w:t>товара</w:t>
      </w:r>
    </w:p>
    <w:p w14:paraId="4BE949B1" w14:textId="47C964E8" w:rsidR="00D925BA" w:rsidRPr="00E8673D" w:rsidRDefault="00000000">
      <w:pPr>
        <w:pStyle w:val="SmallNote"/>
        <w:jc w:val="center"/>
        <w:rPr>
          <w:lang w:val="ru-RU"/>
        </w:rPr>
      </w:pPr>
      <w:r w:rsidRPr="00E8673D">
        <w:rPr>
          <w:lang w:val="ru-RU"/>
        </w:rPr>
        <w:t>для покупателя</w:t>
      </w:r>
      <w:r w:rsidR="00E8673D">
        <w:rPr>
          <w:lang w:val="ru-RU"/>
        </w:rPr>
        <w:t xml:space="preserve"> (физического лица)</w:t>
      </w:r>
    </w:p>
    <w:p w14:paraId="4FBCF1E1" w14:textId="16571B70" w:rsidR="00D925BA" w:rsidRPr="00E8673D" w:rsidRDefault="00000000">
      <w:pPr>
        <w:jc w:val="right"/>
        <w:rPr>
          <w:sz w:val="20"/>
          <w:szCs w:val="20"/>
          <w:lang w:val="ru-RU"/>
        </w:rPr>
      </w:pPr>
      <w:r w:rsidRPr="00E8673D">
        <w:rPr>
          <w:b/>
          <w:sz w:val="20"/>
          <w:szCs w:val="20"/>
          <w:lang w:val="ru-RU"/>
        </w:rPr>
        <w:t>Продавцу: ИП Бондаренко Ольге Петровне</w:t>
      </w:r>
      <w:r w:rsidRPr="00E8673D">
        <w:rPr>
          <w:b/>
          <w:sz w:val="20"/>
          <w:szCs w:val="20"/>
          <w:lang w:val="ru-RU"/>
        </w:rPr>
        <w:br/>
      </w:r>
      <w:r w:rsidRPr="00E8673D">
        <w:rPr>
          <w:sz w:val="20"/>
          <w:szCs w:val="20"/>
          <w:lang w:val="ru-RU"/>
        </w:rPr>
        <w:t>ИНН 784002794204, ОГРНИП 324774600696174</w:t>
      </w:r>
      <w:r w:rsidRPr="00E8673D">
        <w:rPr>
          <w:sz w:val="20"/>
          <w:szCs w:val="20"/>
          <w:lang w:val="ru-RU"/>
        </w:rPr>
        <w:br/>
      </w:r>
      <w:r w:rsidRPr="00E8673D">
        <w:rPr>
          <w:sz w:val="20"/>
          <w:szCs w:val="20"/>
        </w:rPr>
        <w:t>Email</w:t>
      </w:r>
      <w:r w:rsidRPr="00E8673D">
        <w:rPr>
          <w:sz w:val="20"/>
          <w:szCs w:val="20"/>
          <w:lang w:val="ru-RU"/>
        </w:rPr>
        <w:t xml:space="preserve">: </w:t>
      </w:r>
      <w:hyperlink r:id="rId8" w:history="1">
        <w:r w:rsidR="00E8673D" w:rsidRPr="005978BC">
          <w:rPr>
            <w:rStyle w:val="aff8"/>
            <w:sz w:val="20"/>
            <w:szCs w:val="20"/>
          </w:rPr>
          <w:t>cmc</w:t>
        </w:r>
        <w:r w:rsidR="00E8673D" w:rsidRPr="005978BC">
          <w:rPr>
            <w:rStyle w:val="aff8"/>
            <w:sz w:val="20"/>
            <w:szCs w:val="20"/>
            <w:lang w:val="ru-RU"/>
          </w:rPr>
          <w:t>@</w:t>
        </w:r>
        <w:r w:rsidR="00E8673D" w:rsidRPr="005978BC">
          <w:rPr>
            <w:rStyle w:val="aff8"/>
            <w:sz w:val="20"/>
            <w:szCs w:val="20"/>
          </w:rPr>
          <w:t>bazabtc</w:t>
        </w:r>
        <w:r w:rsidR="00E8673D" w:rsidRPr="005978BC">
          <w:rPr>
            <w:rStyle w:val="aff8"/>
            <w:sz w:val="20"/>
            <w:szCs w:val="20"/>
            <w:lang w:val="ru-RU"/>
          </w:rPr>
          <w:t>.</w:t>
        </w:r>
        <w:r w:rsidR="00E8673D" w:rsidRPr="005978BC">
          <w:rPr>
            <w:rStyle w:val="aff8"/>
            <w:sz w:val="20"/>
            <w:szCs w:val="20"/>
          </w:rPr>
          <w:t>com</w:t>
        </w:r>
      </w:hyperlink>
      <w:r w:rsidR="00E8673D">
        <w:rPr>
          <w:sz w:val="20"/>
          <w:szCs w:val="20"/>
          <w:lang w:val="ru-RU"/>
        </w:rPr>
        <w:br/>
      </w:r>
    </w:p>
    <w:p w14:paraId="1E9811C4" w14:textId="77777777" w:rsidR="00D925BA" w:rsidRPr="00E8673D" w:rsidRDefault="00000000">
      <w:pPr>
        <w:rPr>
          <w:lang w:val="ru-RU"/>
        </w:rPr>
      </w:pPr>
      <w:r w:rsidRPr="00E8673D">
        <w:rPr>
          <w:b/>
          <w:lang w:val="ru-RU"/>
        </w:rPr>
        <w:t>От: Ф.И.О.</w:t>
      </w:r>
      <w:r w:rsidRPr="00E8673D">
        <w:rPr>
          <w:lang w:val="ru-RU"/>
        </w:rPr>
        <w:t xml:space="preserve"> ________________________________________________________________________________</w:t>
      </w:r>
    </w:p>
    <w:p w14:paraId="4AEE5B8D" w14:textId="77777777" w:rsidR="00D925BA" w:rsidRPr="00E8673D" w:rsidRDefault="00000000">
      <w:pPr>
        <w:rPr>
          <w:lang w:val="ru-RU"/>
        </w:rPr>
      </w:pPr>
      <w:r w:rsidRPr="00E8673D">
        <w:rPr>
          <w:b/>
          <w:lang w:val="ru-RU"/>
        </w:rPr>
        <w:t>Адрес проживания</w:t>
      </w:r>
      <w:r w:rsidRPr="00E8673D">
        <w:rPr>
          <w:lang w:val="ru-RU"/>
        </w:rPr>
        <w:t xml:space="preserve"> ________________________________________________________________________________</w:t>
      </w:r>
    </w:p>
    <w:p w14:paraId="353B17C6" w14:textId="77777777" w:rsidR="00D925BA" w:rsidRPr="00E8673D" w:rsidRDefault="00000000">
      <w:pPr>
        <w:rPr>
          <w:lang w:val="ru-RU"/>
        </w:rPr>
      </w:pPr>
      <w:r w:rsidRPr="00E8673D">
        <w:rPr>
          <w:b/>
          <w:lang w:val="ru-RU"/>
        </w:rPr>
        <w:t xml:space="preserve">Телефон и </w:t>
      </w:r>
      <w:r>
        <w:rPr>
          <w:b/>
        </w:rPr>
        <w:t>email</w:t>
      </w:r>
      <w:r w:rsidRPr="00E8673D">
        <w:rPr>
          <w:lang w:val="ru-RU"/>
        </w:rPr>
        <w:t xml:space="preserve"> ________________________________________________________________________________</w:t>
      </w:r>
    </w:p>
    <w:p w14:paraId="370BE1D2" w14:textId="77777777" w:rsidR="00D925BA" w:rsidRPr="00E8673D" w:rsidRDefault="00000000">
      <w:pPr>
        <w:rPr>
          <w:lang w:val="ru-RU"/>
        </w:rPr>
      </w:pPr>
      <w:r w:rsidRPr="00E8673D">
        <w:rPr>
          <w:b/>
          <w:lang w:val="ru-RU"/>
        </w:rPr>
        <w:t>Номер и дата заказа/счета</w:t>
      </w:r>
      <w:r w:rsidRPr="00E8673D">
        <w:rPr>
          <w:lang w:val="ru-RU"/>
        </w:rPr>
        <w:t xml:space="preserve"> ________________________________________________________________________________</w:t>
      </w:r>
    </w:p>
    <w:p w14:paraId="5DE2F56D" w14:textId="77777777" w:rsidR="00D925BA" w:rsidRPr="00E8673D" w:rsidRDefault="00000000">
      <w:pPr>
        <w:rPr>
          <w:lang w:val="ru-RU"/>
        </w:rPr>
      </w:pPr>
      <w:r w:rsidRPr="00E8673D">
        <w:rPr>
          <w:b/>
          <w:lang w:val="ru-RU"/>
        </w:rPr>
        <w:t>Дата получения товара</w:t>
      </w:r>
      <w:r w:rsidRPr="00E8673D">
        <w:rPr>
          <w:lang w:val="ru-RU"/>
        </w:rPr>
        <w:t xml:space="preserve"> ________________________________________________________________________________</w:t>
      </w:r>
    </w:p>
    <w:p w14:paraId="66EE4304" w14:textId="77777777" w:rsidR="00D925BA" w:rsidRPr="00E8673D" w:rsidRDefault="00000000">
      <w:pPr>
        <w:rPr>
          <w:lang w:val="ru-RU"/>
        </w:rPr>
      </w:pPr>
      <w:r w:rsidRPr="00E8673D">
        <w:rPr>
          <w:b/>
          <w:lang w:val="ru-RU"/>
        </w:rPr>
        <w:t>Наименование товара, артикул, серийный номер (при наличии)</w:t>
      </w:r>
      <w:r w:rsidRPr="00E8673D">
        <w:rPr>
          <w:lang w:val="ru-RU"/>
        </w:rPr>
        <w:t xml:space="preserve"> ________________________________________________________________________________</w:t>
      </w:r>
    </w:p>
    <w:p w14:paraId="5D8DEA49" w14:textId="77777777" w:rsidR="00D925BA" w:rsidRPr="00E8673D" w:rsidRDefault="00000000">
      <w:pPr>
        <w:rPr>
          <w:lang w:val="ru-RU"/>
        </w:rPr>
      </w:pPr>
      <w:r w:rsidRPr="00E8673D">
        <w:rPr>
          <w:lang w:val="ru-RU"/>
        </w:rPr>
        <w:t>____________________________________________________________________________________________________</w:t>
      </w:r>
    </w:p>
    <w:p w14:paraId="2861D9B3" w14:textId="77777777" w:rsidR="00D925BA" w:rsidRPr="00E8673D" w:rsidRDefault="00000000">
      <w:pPr>
        <w:rPr>
          <w:lang w:val="ru-RU"/>
        </w:rPr>
      </w:pPr>
      <w:r w:rsidRPr="00E8673D">
        <w:rPr>
          <w:b/>
          <w:lang w:val="ru-RU"/>
        </w:rPr>
        <w:t>Стоимость товара</w:t>
      </w:r>
      <w:r w:rsidRPr="00E8673D">
        <w:rPr>
          <w:lang w:val="ru-RU"/>
        </w:rPr>
        <w:t xml:space="preserve"> ________________________________________________________________________________</w:t>
      </w:r>
    </w:p>
    <w:p w14:paraId="4CE96013" w14:textId="77777777" w:rsidR="00D925BA" w:rsidRPr="00E8673D" w:rsidRDefault="00000000">
      <w:pPr>
        <w:rPr>
          <w:lang w:val="ru-RU"/>
        </w:rPr>
      </w:pPr>
      <w:r w:rsidRPr="00E8673D">
        <w:rPr>
          <w:b/>
          <w:lang w:val="ru-RU"/>
        </w:rPr>
        <w:t>Дата обнаружения недостатка</w:t>
      </w:r>
      <w:r w:rsidRPr="00E8673D">
        <w:rPr>
          <w:lang w:val="ru-RU"/>
        </w:rPr>
        <w:t xml:space="preserve"> ________________________________________________________________________________</w:t>
      </w:r>
    </w:p>
    <w:p w14:paraId="30178DA6" w14:textId="77777777" w:rsidR="00D925BA" w:rsidRPr="00E8673D" w:rsidRDefault="00000000">
      <w:pPr>
        <w:rPr>
          <w:lang w:val="ru-RU"/>
        </w:rPr>
      </w:pPr>
      <w:r w:rsidRPr="00E8673D">
        <w:rPr>
          <w:b/>
          <w:lang w:val="ru-RU"/>
        </w:rPr>
        <w:t>Описание недостатка и обстоятельств его проявления</w:t>
      </w:r>
      <w:r w:rsidRPr="00E8673D">
        <w:rPr>
          <w:lang w:val="ru-RU"/>
        </w:rPr>
        <w:t xml:space="preserve"> ________________________________________________________________________________</w:t>
      </w:r>
    </w:p>
    <w:p w14:paraId="12A1DD7E" w14:textId="77777777" w:rsidR="00D925BA" w:rsidRPr="00E8673D" w:rsidRDefault="00000000">
      <w:pPr>
        <w:rPr>
          <w:lang w:val="ru-RU"/>
        </w:rPr>
      </w:pPr>
      <w:r w:rsidRPr="00E8673D">
        <w:rPr>
          <w:lang w:val="ru-RU"/>
        </w:rPr>
        <w:t>____________________________________________________________________________________________________</w:t>
      </w:r>
    </w:p>
    <w:p w14:paraId="66BAE97D" w14:textId="77777777" w:rsidR="00D925BA" w:rsidRPr="00E8673D" w:rsidRDefault="00000000">
      <w:pPr>
        <w:rPr>
          <w:lang w:val="ru-RU"/>
        </w:rPr>
      </w:pPr>
      <w:r w:rsidRPr="00E8673D">
        <w:rPr>
          <w:lang w:val="ru-RU"/>
        </w:rPr>
        <w:t>____________________________________________________________________________________________________</w:t>
      </w:r>
    </w:p>
    <w:p w14:paraId="2B9C3B86" w14:textId="77777777" w:rsidR="00D925BA" w:rsidRPr="00E8673D" w:rsidRDefault="00000000">
      <w:pPr>
        <w:rPr>
          <w:lang w:val="ru-RU"/>
        </w:rPr>
      </w:pPr>
      <w:r w:rsidRPr="00E8673D">
        <w:rPr>
          <w:b/>
          <w:lang w:val="ru-RU"/>
        </w:rPr>
        <w:t>Условия эксплуатации, оборудование/устройство, в котором использовался товар (если применимо)</w:t>
      </w:r>
      <w:r w:rsidRPr="00E8673D">
        <w:rPr>
          <w:lang w:val="ru-RU"/>
        </w:rPr>
        <w:t xml:space="preserve"> ________________________________________________________________________________</w:t>
      </w:r>
    </w:p>
    <w:p w14:paraId="23A458BA" w14:textId="77777777" w:rsidR="00D925BA" w:rsidRPr="00E8673D" w:rsidRDefault="00000000">
      <w:pPr>
        <w:rPr>
          <w:lang w:val="ru-RU"/>
        </w:rPr>
      </w:pPr>
      <w:r w:rsidRPr="00E8673D">
        <w:rPr>
          <w:lang w:val="ru-RU"/>
        </w:rPr>
        <w:t>____________________________________________________________________________________________________</w:t>
      </w:r>
    </w:p>
    <w:p w14:paraId="72EC9143" w14:textId="70F9BFA9" w:rsidR="00D925BA" w:rsidRPr="00E8673D" w:rsidRDefault="00E8673D" w:rsidP="00E8673D">
      <w:pPr>
        <w:pStyle w:val="21"/>
        <w:jc w:val="center"/>
        <w:rPr>
          <w:sz w:val="21"/>
          <w:szCs w:val="21"/>
          <w:lang w:val="ru-RU"/>
        </w:rPr>
      </w:pPr>
      <w:r w:rsidRPr="00E8673D">
        <w:rPr>
          <w:sz w:val="21"/>
          <w:szCs w:val="21"/>
          <w:lang w:val="ru-RU"/>
        </w:rPr>
        <w:br/>
      </w:r>
      <w:r w:rsidR="00000000" w:rsidRPr="00E8673D">
        <w:rPr>
          <w:sz w:val="21"/>
          <w:szCs w:val="21"/>
          <w:lang w:val="ru-RU"/>
        </w:rPr>
        <w:t>Требование</w:t>
      </w:r>
    </w:p>
    <w:p w14:paraId="788DB24B" w14:textId="77777777" w:rsidR="00D925BA" w:rsidRPr="00E8673D" w:rsidRDefault="00000000">
      <w:pPr>
        <w:rPr>
          <w:lang w:val="ru-RU"/>
        </w:rPr>
      </w:pPr>
      <w:r w:rsidRPr="00E8673D">
        <w:rPr>
          <w:lang w:val="ru-RU"/>
        </w:rPr>
        <w:t>На основании статей 18–24 Закона РФ «О защите прав потребителей» прошу:</w:t>
      </w:r>
    </w:p>
    <w:p w14:paraId="6EFDEA4B" w14:textId="77777777" w:rsidR="00D925BA" w:rsidRPr="00E8673D" w:rsidRDefault="00000000">
      <w:pPr>
        <w:rPr>
          <w:lang w:val="ru-RU"/>
        </w:rPr>
      </w:pPr>
      <w:proofErr w:type="gramStart"/>
      <w:r w:rsidRPr="00E8673D">
        <w:rPr>
          <w:b/>
          <w:lang w:val="ru-RU"/>
        </w:rPr>
        <w:t>[ ]</w:t>
      </w:r>
      <w:proofErr w:type="gramEnd"/>
      <w:r w:rsidRPr="00E8673D">
        <w:rPr>
          <w:b/>
          <w:lang w:val="ru-RU"/>
        </w:rPr>
        <w:t xml:space="preserve"> </w:t>
      </w:r>
      <w:r w:rsidRPr="00E8673D">
        <w:rPr>
          <w:lang w:val="ru-RU"/>
        </w:rPr>
        <w:t>заменить товар на товар этой же марки (модели, артикула);</w:t>
      </w:r>
    </w:p>
    <w:p w14:paraId="3B52C4F5" w14:textId="57634052" w:rsidR="00D925BA" w:rsidRPr="00E8673D" w:rsidRDefault="00000000">
      <w:pPr>
        <w:rPr>
          <w:lang w:val="ru-RU"/>
        </w:rPr>
      </w:pPr>
      <w:proofErr w:type="gramStart"/>
      <w:r w:rsidRPr="00E8673D">
        <w:rPr>
          <w:b/>
          <w:lang w:val="ru-RU"/>
        </w:rPr>
        <w:t>[ ]</w:t>
      </w:r>
      <w:proofErr w:type="gramEnd"/>
      <w:r w:rsidRPr="00E8673D">
        <w:rPr>
          <w:b/>
          <w:lang w:val="ru-RU"/>
        </w:rPr>
        <w:t xml:space="preserve"> </w:t>
      </w:r>
      <w:r w:rsidRPr="00E8673D">
        <w:rPr>
          <w:lang w:val="ru-RU"/>
        </w:rPr>
        <w:t>заменить товар на товар другой марки (модели, артикула) с перерасчетом цены;</w:t>
      </w:r>
    </w:p>
    <w:p w14:paraId="4589927E" w14:textId="67E31A38" w:rsidR="00D925BA" w:rsidRPr="00E8673D" w:rsidRDefault="00000000" w:rsidP="00E8673D">
      <w:pPr>
        <w:rPr>
          <w:lang w:val="ru-RU"/>
        </w:rPr>
      </w:pPr>
      <w:proofErr w:type="gramStart"/>
      <w:r w:rsidRPr="00E8673D">
        <w:rPr>
          <w:b/>
          <w:lang w:val="ru-RU"/>
        </w:rPr>
        <w:t>[ ]</w:t>
      </w:r>
      <w:proofErr w:type="gramEnd"/>
      <w:r w:rsidRPr="00E8673D">
        <w:rPr>
          <w:b/>
          <w:lang w:val="ru-RU"/>
        </w:rPr>
        <w:t xml:space="preserve"> </w:t>
      </w:r>
      <w:r w:rsidR="00E8673D" w:rsidRPr="00E8673D">
        <w:rPr>
          <w:lang w:val="ru-RU"/>
        </w:rPr>
        <w:t>возврат уплаченной за товар денежной суммы</w:t>
      </w:r>
      <w:r w:rsidR="00E8673D" w:rsidRPr="00E8673D">
        <w:rPr>
          <w:b/>
          <w:lang w:val="ru-RU"/>
        </w:rPr>
        <w:t xml:space="preserve"> </w:t>
      </w:r>
      <w:r w:rsidR="00E8673D">
        <w:rPr>
          <w:b/>
          <w:lang w:val="ru-RU"/>
        </w:rPr>
        <w:br/>
      </w:r>
      <w:r w:rsidRPr="00E8673D">
        <w:rPr>
          <w:b/>
          <w:lang w:val="ru-RU"/>
        </w:rPr>
        <w:t xml:space="preserve">[ ] </w:t>
      </w:r>
      <w:r w:rsidRPr="00E8673D">
        <w:rPr>
          <w:lang w:val="ru-RU"/>
        </w:rPr>
        <w:t>иное требование:</w:t>
      </w:r>
    </w:p>
    <w:p w14:paraId="5CFF8D6B" w14:textId="2001E847" w:rsidR="00D925BA" w:rsidRPr="00E8673D" w:rsidRDefault="00000000">
      <w:pPr>
        <w:rPr>
          <w:lang w:val="ru-RU"/>
        </w:rPr>
      </w:pPr>
      <w:r w:rsidRPr="00E8673D">
        <w:rPr>
          <w:lang w:val="ru-RU"/>
        </w:rPr>
        <w:t>____________________________________________________________________________________________________</w:t>
      </w:r>
      <w:r w:rsidR="00E8673D">
        <w:rPr>
          <w:lang w:val="ru-RU"/>
        </w:rPr>
        <w:br/>
      </w:r>
      <w:r w:rsidR="00E8673D">
        <w:rPr>
          <w:lang w:val="ru-RU"/>
        </w:rPr>
        <w:br/>
      </w:r>
    </w:p>
    <w:p w14:paraId="0F22DD28" w14:textId="77777777" w:rsidR="00E8673D" w:rsidRPr="00A31EFB" w:rsidRDefault="00E8673D" w:rsidP="00E8673D">
      <w:pPr>
        <w:rPr>
          <w:lang w:val="ru-RU"/>
        </w:rPr>
      </w:pPr>
      <w:r w:rsidRPr="00A31EFB">
        <w:rPr>
          <w:lang w:val="ru-RU"/>
        </w:rPr>
        <w:t>Способ передачи товара Продавцу:</w:t>
      </w:r>
    </w:p>
    <w:p w14:paraId="478AF709" w14:textId="77777777" w:rsidR="00E8673D" w:rsidRPr="00A31EFB" w:rsidRDefault="00E8673D" w:rsidP="00E8673D">
      <w:pPr>
        <w:rPr>
          <w:lang w:val="ru-RU"/>
        </w:rPr>
      </w:pPr>
      <w:proofErr w:type="gramStart"/>
      <w:r w:rsidRPr="00A31EFB">
        <w:rPr>
          <w:b/>
          <w:lang w:val="ru-RU"/>
        </w:rPr>
        <w:t>[ ]</w:t>
      </w:r>
      <w:proofErr w:type="gramEnd"/>
      <w:r w:rsidRPr="00A31EFB">
        <w:rPr>
          <w:b/>
          <w:lang w:val="ru-RU"/>
        </w:rPr>
        <w:t xml:space="preserve"> </w:t>
      </w:r>
      <w:r w:rsidRPr="00A31EFB">
        <w:rPr>
          <w:lang w:val="ru-RU"/>
        </w:rPr>
        <w:t>лично по адресу Продавца;</w:t>
      </w:r>
    </w:p>
    <w:p w14:paraId="3933F441" w14:textId="77777777" w:rsidR="00E8673D" w:rsidRPr="00A31EFB" w:rsidRDefault="00E8673D" w:rsidP="00E8673D">
      <w:pPr>
        <w:rPr>
          <w:lang w:val="ru-RU"/>
        </w:rPr>
      </w:pPr>
      <w:proofErr w:type="gramStart"/>
      <w:r w:rsidRPr="00A31EFB">
        <w:rPr>
          <w:b/>
          <w:lang w:val="ru-RU"/>
        </w:rPr>
        <w:t>[ ]</w:t>
      </w:r>
      <w:proofErr w:type="gramEnd"/>
      <w:r w:rsidRPr="00A31EFB">
        <w:rPr>
          <w:b/>
          <w:lang w:val="ru-RU"/>
        </w:rPr>
        <w:t xml:space="preserve"> </w:t>
      </w:r>
      <w:r w:rsidRPr="00A31EFB">
        <w:rPr>
          <w:lang w:val="ru-RU"/>
        </w:rPr>
        <w:t>через перевозчика/курьерскую службу/почтовую связь (указать перевозчика и номер отправления после отправки):</w:t>
      </w:r>
    </w:p>
    <w:p w14:paraId="6737547A" w14:textId="7DB19083" w:rsidR="00D925BA" w:rsidRPr="00E8673D" w:rsidRDefault="00E8673D" w:rsidP="00E8673D">
      <w:pPr>
        <w:rPr>
          <w:lang w:val="ru-RU"/>
        </w:rPr>
      </w:pPr>
      <w:r w:rsidRPr="00A31EFB">
        <w:rPr>
          <w:lang w:val="ru-RU"/>
        </w:rPr>
        <w:t>____________________________________________________________________________________________________</w:t>
      </w:r>
      <w:r>
        <w:rPr>
          <w:lang w:val="ru-RU"/>
        </w:rPr>
        <w:br/>
      </w:r>
      <w:r>
        <w:rPr>
          <w:lang w:val="ru-RU"/>
        </w:rPr>
        <w:br/>
      </w:r>
    </w:p>
    <w:p w14:paraId="7FD57EBE" w14:textId="77777777" w:rsidR="00E8673D" w:rsidRPr="00A31EFB" w:rsidRDefault="00E8673D" w:rsidP="00E8673D">
      <w:pPr>
        <w:rPr>
          <w:lang w:val="ru-RU"/>
        </w:rPr>
      </w:pPr>
      <w:r w:rsidRPr="00A31EFB">
        <w:rPr>
          <w:lang w:val="ru-RU"/>
        </w:rPr>
        <w:t>Способ возврата денежных средств:</w:t>
      </w:r>
    </w:p>
    <w:p w14:paraId="3C6C4EBD" w14:textId="77777777" w:rsidR="00E8673D" w:rsidRPr="00A31EFB" w:rsidRDefault="00E8673D" w:rsidP="00E8673D">
      <w:pPr>
        <w:rPr>
          <w:lang w:val="ru-RU"/>
        </w:rPr>
      </w:pPr>
      <w:proofErr w:type="gramStart"/>
      <w:r w:rsidRPr="00A31EFB">
        <w:rPr>
          <w:b/>
          <w:lang w:val="ru-RU"/>
        </w:rPr>
        <w:t>[ ]</w:t>
      </w:r>
      <w:proofErr w:type="gramEnd"/>
      <w:r w:rsidRPr="00A31EFB">
        <w:rPr>
          <w:b/>
          <w:lang w:val="ru-RU"/>
        </w:rPr>
        <w:t xml:space="preserve"> </w:t>
      </w:r>
      <w:r w:rsidRPr="00A31EFB">
        <w:rPr>
          <w:lang w:val="ru-RU"/>
        </w:rPr>
        <w:t>на банковскую карту, которой была оплачена покупка;</w:t>
      </w:r>
    </w:p>
    <w:p w14:paraId="22156AF9" w14:textId="77777777" w:rsidR="00E8673D" w:rsidRPr="00A31EFB" w:rsidRDefault="00E8673D" w:rsidP="00E8673D">
      <w:pPr>
        <w:rPr>
          <w:lang w:val="ru-RU"/>
        </w:rPr>
      </w:pPr>
      <w:proofErr w:type="gramStart"/>
      <w:r w:rsidRPr="00A31EFB">
        <w:rPr>
          <w:b/>
          <w:lang w:val="ru-RU"/>
        </w:rPr>
        <w:t>[ ]</w:t>
      </w:r>
      <w:proofErr w:type="gramEnd"/>
      <w:r w:rsidRPr="00A31EFB">
        <w:rPr>
          <w:b/>
          <w:lang w:val="ru-RU"/>
        </w:rPr>
        <w:t xml:space="preserve"> </w:t>
      </w:r>
      <w:r w:rsidRPr="00A31EFB">
        <w:rPr>
          <w:lang w:val="ru-RU"/>
        </w:rPr>
        <w:t>на банковский счет по реквизитам:</w:t>
      </w:r>
    </w:p>
    <w:p w14:paraId="2AB5A2C8" w14:textId="77777777" w:rsidR="00E8673D" w:rsidRPr="00A31EFB" w:rsidRDefault="00E8673D" w:rsidP="00E8673D">
      <w:pPr>
        <w:rPr>
          <w:lang w:val="ru-RU"/>
        </w:rPr>
      </w:pPr>
      <w:r w:rsidRPr="00A31EFB">
        <w:rPr>
          <w:b/>
          <w:lang w:val="ru-RU"/>
        </w:rPr>
        <w:t>Получатель</w:t>
      </w:r>
      <w:r w:rsidRPr="00A31EFB">
        <w:rPr>
          <w:lang w:val="ru-RU"/>
        </w:rPr>
        <w:t xml:space="preserve"> ________________________________________________________________________________</w:t>
      </w:r>
    </w:p>
    <w:p w14:paraId="1532A1B5" w14:textId="77777777" w:rsidR="00E8673D" w:rsidRPr="00A31EFB" w:rsidRDefault="00E8673D" w:rsidP="00E8673D">
      <w:pPr>
        <w:rPr>
          <w:lang w:val="ru-RU"/>
        </w:rPr>
      </w:pPr>
      <w:r w:rsidRPr="00A31EFB">
        <w:rPr>
          <w:b/>
          <w:lang w:val="ru-RU"/>
        </w:rPr>
        <w:t>Банк, БИК</w:t>
      </w:r>
      <w:r w:rsidRPr="00A31EFB">
        <w:rPr>
          <w:lang w:val="ru-RU"/>
        </w:rPr>
        <w:t xml:space="preserve"> ________________________________________________________________________________</w:t>
      </w:r>
    </w:p>
    <w:p w14:paraId="590CFB1E" w14:textId="79337083" w:rsidR="00D925BA" w:rsidRPr="00E8673D" w:rsidRDefault="00E8673D" w:rsidP="00E8673D">
      <w:pPr>
        <w:rPr>
          <w:lang w:val="ru-RU"/>
        </w:rPr>
      </w:pPr>
      <w:r w:rsidRPr="00A31EFB">
        <w:rPr>
          <w:b/>
          <w:lang w:val="ru-RU"/>
        </w:rPr>
        <w:t>Расчетный/лицевой счет</w:t>
      </w:r>
      <w:r w:rsidRPr="00A31EFB">
        <w:rPr>
          <w:lang w:val="ru-RU"/>
        </w:rPr>
        <w:t xml:space="preserve"> _________________________________________________________________________</w:t>
      </w:r>
      <w:r>
        <w:rPr>
          <w:lang w:val="ru-RU"/>
        </w:rPr>
        <w:br/>
      </w:r>
    </w:p>
    <w:p w14:paraId="0E4EF952" w14:textId="77777777" w:rsidR="00E8673D" w:rsidRPr="00E8673D" w:rsidRDefault="00E8673D" w:rsidP="00E8673D">
      <w:pPr>
        <w:rPr>
          <w:lang w:val="ru-RU"/>
        </w:rPr>
      </w:pPr>
      <w:r w:rsidRPr="00E8673D">
        <w:rPr>
          <w:b/>
          <w:lang w:val="ru-RU"/>
        </w:rPr>
        <w:t xml:space="preserve">Приложения: </w:t>
      </w:r>
      <w:r w:rsidRPr="00E8673D">
        <w:rPr>
          <w:lang w:val="ru-RU"/>
        </w:rPr>
        <w:t>документы о покупке (при наличии), фото/видео, акт, заключение, документы о расходах и иные материалы:</w:t>
      </w:r>
    </w:p>
    <w:p w14:paraId="06BF6FDF" w14:textId="77777777" w:rsidR="00E8673D" w:rsidRPr="00E8673D" w:rsidRDefault="00E8673D" w:rsidP="00E8673D">
      <w:pPr>
        <w:rPr>
          <w:lang w:val="ru-RU"/>
        </w:rPr>
      </w:pPr>
      <w:r w:rsidRPr="00E8673D">
        <w:rPr>
          <w:lang w:val="ru-RU"/>
        </w:rPr>
        <w:t>____________________________________________________________________________________________________</w:t>
      </w:r>
      <w:r>
        <w:rPr>
          <w:lang w:val="ru-RU"/>
        </w:rPr>
        <w:br/>
      </w:r>
    </w:p>
    <w:p w14:paraId="620AA209" w14:textId="2F4BE9A4" w:rsidR="00D925BA" w:rsidRDefault="00D925B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98"/>
        <w:gridCol w:w="5298"/>
      </w:tblGrid>
      <w:tr w:rsidR="00D925BA" w14:paraId="3CD68177" w14:textId="77777777">
        <w:trPr>
          <w:jc w:val="center"/>
        </w:trPr>
        <w:tc>
          <w:tcPr>
            <w:tcW w:w="52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721F0" w14:textId="77777777" w:rsidR="00D925BA" w:rsidRDefault="00000000">
            <w:r>
              <w:t>Дата: «___» __________ 20___ г.</w:t>
            </w:r>
          </w:p>
        </w:tc>
        <w:tc>
          <w:tcPr>
            <w:tcW w:w="52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DD8E4" w14:textId="77777777" w:rsidR="00D925BA" w:rsidRDefault="00000000">
            <w:r>
              <w:t>Подпись: __________________</w:t>
            </w:r>
          </w:p>
        </w:tc>
      </w:tr>
      <w:tr w:rsidR="00D925BA" w14:paraId="2FC84FEB" w14:textId="77777777">
        <w:trPr>
          <w:jc w:val="center"/>
        </w:trPr>
        <w:tc>
          <w:tcPr>
            <w:tcW w:w="52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17585" w14:textId="77777777" w:rsidR="00D925BA" w:rsidRDefault="00D925BA"/>
        </w:tc>
        <w:tc>
          <w:tcPr>
            <w:tcW w:w="52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62723" w14:textId="77777777" w:rsidR="00D925BA" w:rsidRDefault="00000000">
            <w:r>
              <w:t>Ф.И.О.: ___________________</w:t>
            </w:r>
          </w:p>
        </w:tc>
      </w:tr>
    </w:tbl>
    <w:p w14:paraId="32AEBAEC" w14:textId="77777777" w:rsidR="00844C91" w:rsidRDefault="00844C91"/>
    <w:sectPr w:rsidR="00844C91" w:rsidSect="00034616">
      <w:footerReference w:type="default" r:id="rId9"/>
      <w:pgSz w:w="12240" w:h="15840"/>
      <w:pgMar w:top="595" w:right="822" w:bottom="595" w:left="82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CDAB06F" w14:textId="77777777" w:rsidR="00844C91" w:rsidRDefault="00844C91">
      <w:pPr>
        <w:spacing w:after="0"/>
      </w:pPr>
      <w:r>
        <w:separator/>
      </w:r>
    </w:p>
  </w:endnote>
  <w:endnote w:type="continuationSeparator" w:id="0">
    <w:p w14:paraId="274FEE4F" w14:textId="77777777" w:rsidR="00844C91" w:rsidRDefault="00844C9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180109" w14:textId="77777777" w:rsidR="00D925BA" w:rsidRDefault="00000000">
    <w:pPr>
      <w:pStyle w:val="a7"/>
      <w:jc w:val="center"/>
    </w:pPr>
    <w:r>
      <w:rPr>
        <w:color w:val="666666"/>
        <w:sz w:val="16"/>
      </w:rPr>
      <w:t xml:space="preserve">BAZABTC • </w:t>
    </w:r>
    <w:proofErr w:type="spellStart"/>
    <w:r>
      <w:rPr>
        <w:color w:val="666666"/>
        <w:sz w:val="16"/>
      </w:rPr>
      <w:t>форма</w:t>
    </w:r>
    <w:proofErr w:type="spellEnd"/>
    <w:r>
      <w:rPr>
        <w:color w:val="666666"/>
        <w:sz w:val="16"/>
      </w:rPr>
      <w:t xml:space="preserve"> </w:t>
    </w:r>
    <w:proofErr w:type="spellStart"/>
    <w:r>
      <w:rPr>
        <w:color w:val="666666"/>
        <w:sz w:val="16"/>
      </w:rPr>
      <w:t>для</w:t>
    </w:r>
    <w:proofErr w:type="spellEnd"/>
    <w:r>
      <w:rPr>
        <w:color w:val="666666"/>
        <w:sz w:val="16"/>
      </w:rPr>
      <w:t xml:space="preserve"> </w:t>
    </w:r>
    <w:proofErr w:type="spellStart"/>
    <w:r>
      <w:rPr>
        <w:color w:val="666666"/>
        <w:sz w:val="16"/>
      </w:rPr>
      <w:t>заполнения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25B20D3" w14:textId="77777777" w:rsidR="00844C91" w:rsidRDefault="00844C91">
      <w:pPr>
        <w:spacing w:after="0"/>
      </w:pPr>
      <w:r>
        <w:separator/>
      </w:r>
    </w:p>
  </w:footnote>
  <w:footnote w:type="continuationSeparator" w:id="0">
    <w:p w14:paraId="1CDD20AC" w14:textId="77777777" w:rsidR="00844C91" w:rsidRDefault="00844C9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01320314">
    <w:abstractNumId w:val="8"/>
  </w:num>
  <w:num w:numId="2" w16cid:durableId="152525887">
    <w:abstractNumId w:val="6"/>
  </w:num>
  <w:num w:numId="3" w16cid:durableId="1698697372">
    <w:abstractNumId w:val="5"/>
  </w:num>
  <w:num w:numId="4" w16cid:durableId="1945647675">
    <w:abstractNumId w:val="4"/>
  </w:num>
  <w:num w:numId="5" w16cid:durableId="1619798248">
    <w:abstractNumId w:val="7"/>
  </w:num>
  <w:num w:numId="6" w16cid:durableId="1790934393">
    <w:abstractNumId w:val="3"/>
  </w:num>
  <w:num w:numId="7" w16cid:durableId="1257401498">
    <w:abstractNumId w:val="2"/>
  </w:num>
  <w:num w:numId="8" w16cid:durableId="223956504">
    <w:abstractNumId w:val="1"/>
  </w:num>
  <w:num w:numId="9" w16cid:durableId="156468118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44C91"/>
    <w:rsid w:val="00937702"/>
    <w:rsid w:val="00AA1D8D"/>
    <w:rsid w:val="00B47730"/>
    <w:rsid w:val="00CB0664"/>
    <w:rsid w:val="00D17267"/>
    <w:rsid w:val="00D925BA"/>
    <w:rsid w:val="00E8673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28A1AD"/>
  <w14:defaultImageDpi w14:val="300"/>
  <w15:docId w15:val="{EC60FF83-6DEE-9144-B53A-7FBE85583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30" w:line="240" w:lineRule="auto"/>
    </w:pPr>
    <w:rPr>
      <w:rFonts w:ascii="Arial" w:eastAsia="Arial" w:hAnsi="Arial"/>
      <w:sz w:val="17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80" w:after="40"/>
      <w:outlineLvl w:val="0"/>
    </w:pPr>
    <w:rPr>
      <w:rFonts w:asciiTheme="majorHAnsi" w:eastAsiaTheme="majorEastAsia" w:hAnsiTheme="majorHAnsi" w:cstheme="majorBidi"/>
      <w:b/>
      <w:bCs/>
      <w:color w:val="1F4E78"/>
      <w:sz w:val="2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80" w:after="40"/>
      <w:outlineLvl w:val="1"/>
    </w:pPr>
    <w:rPr>
      <w:rFonts w:asciiTheme="majorHAnsi" w:eastAsiaTheme="majorEastAsia" w:hAnsiTheme="majorHAnsi" w:cstheme="majorBidi"/>
      <w:b/>
      <w:bCs/>
      <w:color w:val="1F4E78"/>
      <w:sz w:val="19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80" w:after="40"/>
      <w:outlineLvl w:val="2"/>
    </w:pPr>
    <w:rPr>
      <w:rFonts w:asciiTheme="majorHAnsi" w:eastAsiaTheme="majorEastAsia" w:hAnsiTheme="majorHAnsi" w:cstheme="majorBidi"/>
      <w:b/>
      <w:bCs/>
      <w:color w:val="202124"/>
      <w:sz w:val="18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before="200" w:after="100"/>
      <w:contextualSpacing/>
    </w:pPr>
    <w:rPr>
      <w:rFonts w:asciiTheme="majorHAnsi" w:eastAsiaTheme="majorEastAsia" w:hAnsiTheme="majorHAnsi" w:cstheme="majorBidi"/>
      <w:b/>
      <w:color w:val="1F4E78"/>
      <w:spacing w:val="5"/>
      <w:kern w:val="28"/>
      <w:sz w:val="4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20"/>
    </w:pPr>
    <w:rPr>
      <w:rFonts w:ascii="Arial" w:eastAsia="Arial" w:hAnsi="Arial"/>
      <w:color w:val="666666"/>
      <w:sz w:val="14"/>
    </w:rPr>
  </w:style>
  <w:style w:type="paragraph" w:customStyle="1" w:styleId="ButtonText">
    <w:name w:val="Button Text"/>
    <w:pPr>
      <w:spacing w:after="0"/>
    </w:pPr>
    <w:rPr>
      <w:rFonts w:ascii="Arial" w:eastAsia="Arial" w:hAnsi="Arial"/>
      <w:b/>
      <w:color w:val="1F4E78"/>
      <w:sz w:val="20"/>
    </w:rPr>
  </w:style>
  <w:style w:type="character" w:styleId="aff8">
    <w:name w:val="Hyperlink"/>
    <w:basedOn w:val="a2"/>
    <w:uiPriority w:val="99"/>
    <w:unhideWhenUsed/>
    <w:rsid w:val="00E8673D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E867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mc@bazabtc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Elena Anelkina</cp:lastModifiedBy>
  <cp:revision>3</cp:revision>
  <dcterms:created xsi:type="dcterms:W3CDTF">2026-07-10T09:41:00Z</dcterms:created>
  <dcterms:modified xsi:type="dcterms:W3CDTF">2026-07-10T09:56:00Z</dcterms:modified>
  <cp:category/>
</cp:coreProperties>
</file>