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A28ABC" w14:textId="3781E324" w:rsidR="00644B34" w:rsidRPr="00A31EFB" w:rsidRDefault="00000000">
      <w:pPr>
        <w:spacing w:after="0"/>
        <w:jc w:val="center"/>
        <w:rPr>
          <w:lang w:val="ru-RU"/>
        </w:rPr>
      </w:pPr>
      <w:r>
        <w:rPr>
          <w:b/>
          <w:color w:val="1F4E78"/>
          <w:sz w:val="28"/>
        </w:rPr>
        <w:t>BAZABTC</w:t>
      </w:r>
      <w:r w:rsidR="00A31EFB">
        <w:rPr>
          <w:b/>
          <w:color w:val="1F4E78"/>
          <w:sz w:val="28"/>
          <w:lang w:val="ru-RU"/>
        </w:rPr>
        <w:br/>
      </w:r>
    </w:p>
    <w:p w14:paraId="65B13279" w14:textId="77777777" w:rsidR="00644B34" w:rsidRPr="00A31EFB" w:rsidRDefault="00000000">
      <w:pPr>
        <w:spacing w:after="0"/>
        <w:jc w:val="center"/>
        <w:rPr>
          <w:lang w:val="ru-RU"/>
        </w:rPr>
      </w:pPr>
      <w:r w:rsidRPr="00A31EFB">
        <w:rPr>
          <w:b/>
          <w:sz w:val="23"/>
          <w:lang w:val="ru-RU"/>
        </w:rPr>
        <w:t>ЗАЯВЛЕНИЕ ОБ ОТКАЗЕ ОТ ТОВАРА НАДЛЕЖАЩЕГО КАЧЕСТВА</w:t>
      </w:r>
    </w:p>
    <w:p w14:paraId="59EA468A" w14:textId="0CF3AFA0" w:rsidR="00644B34" w:rsidRPr="00A31EFB" w:rsidRDefault="00000000">
      <w:pPr>
        <w:pStyle w:val="SmallNote"/>
        <w:jc w:val="center"/>
        <w:rPr>
          <w:lang w:val="ru-RU"/>
        </w:rPr>
      </w:pPr>
      <w:r w:rsidRPr="00A31EFB">
        <w:rPr>
          <w:lang w:val="ru-RU"/>
        </w:rPr>
        <w:t xml:space="preserve">для </w:t>
      </w:r>
      <w:r w:rsidR="00A31EFB">
        <w:rPr>
          <w:lang w:val="ru-RU"/>
        </w:rPr>
        <w:t>покупателя (физического лица)</w:t>
      </w:r>
      <w:r w:rsidRPr="00A31EFB">
        <w:rPr>
          <w:lang w:val="ru-RU"/>
        </w:rPr>
        <w:t xml:space="preserve"> при дистанционной покупке</w:t>
      </w:r>
      <w:r w:rsidR="00A31EFB">
        <w:rPr>
          <w:lang w:val="ru-RU"/>
        </w:rPr>
        <w:br/>
      </w:r>
    </w:p>
    <w:p w14:paraId="0BA0FC45" w14:textId="3A13A6F6" w:rsidR="00644B34" w:rsidRPr="00A31EFB" w:rsidRDefault="00000000">
      <w:pPr>
        <w:jc w:val="right"/>
        <w:rPr>
          <w:sz w:val="21"/>
          <w:szCs w:val="21"/>
          <w:lang w:val="ru-RU"/>
        </w:rPr>
      </w:pPr>
      <w:r w:rsidRPr="00A31EFB">
        <w:rPr>
          <w:b/>
          <w:sz w:val="21"/>
          <w:szCs w:val="21"/>
          <w:lang w:val="ru-RU"/>
        </w:rPr>
        <w:t>Продавцу: ИП Бондаренко Ольге Петровне</w:t>
      </w:r>
      <w:r w:rsidRPr="00A31EFB">
        <w:rPr>
          <w:b/>
          <w:sz w:val="21"/>
          <w:szCs w:val="21"/>
          <w:lang w:val="ru-RU"/>
        </w:rPr>
        <w:br/>
      </w:r>
      <w:r w:rsidRPr="00A31EFB">
        <w:rPr>
          <w:sz w:val="21"/>
          <w:szCs w:val="21"/>
          <w:lang w:val="ru-RU"/>
        </w:rPr>
        <w:t>ИНН 784002794204, ОГРНИП 324774600696174</w:t>
      </w:r>
      <w:r w:rsidRPr="00A31EFB">
        <w:rPr>
          <w:sz w:val="21"/>
          <w:szCs w:val="21"/>
          <w:lang w:val="ru-RU"/>
        </w:rPr>
        <w:br/>
      </w:r>
      <w:r w:rsidRPr="00A31EFB">
        <w:rPr>
          <w:sz w:val="21"/>
          <w:szCs w:val="21"/>
        </w:rPr>
        <w:t>Email</w:t>
      </w:r>
      <w:r w:rsidRPr="00A31EFB">
        <w:rPr>
          <w:sz w:val="21"/>
          <w:szCs w:val="21"/>
          <w:lang w:val="ru-RU"/>
        </w:rPr>
        <w:t xml:space="preserve">: </w:t>
      </w:r>
      <w:hyperlink r:id="rId8" w:history="1">
        <w:r w:rsidR="00A31EFB" w:rsidRPr="005978BC">
          <w:rPr>
            <w:rStyle w:val="aff8"/>
            <w:sz w:val="21"/>
            <w:szCs w:val="21"/>
          </w:rPr>
          <w:t>cmc</w:t>
        </w:r>
        <w:r w:rsidR="00A31EFB" w:rsidRPr="005978BC">
          <w:rPr>
            <w:rStyle w:val="aff8"/>
            <w:sz w:val="21"/>
            <w:szCs w:val="21"/>
            <w:lang w:val="ru-RU"/>
          </w:rPr>
          <w:t>@</w:t>
        </w:r>
        <w:r w:rsidR="00A31EFB" w:rsidRPr="005978BC">
          <w:rPr>
            <w:rStyle w:val="aff8"/>
            <w:sz w:val="21"/>
            <w:szCs w:val="21"/>
          </w:rPr>
          <w:t>bazabtc</w:t>
        </w:r>
        <w:r w:rsidR="00A31EFB" w:rsidRPr="005978BC">
          <w:rPr>
            <w:rStyle w:val="aff8"/>
            <w:sz w:val="21"/>
            <w:szCs w:val="21"/>
            <w:lang w:val="ru-RU"/>
          </w:rPr>
          <w:t>.</w:t>
        </w:r>
        <w:r w:rsidR="00A31EFB" w:rsidRPr="005978BC">
          <w:rPr>
            <w:rStyle w:val="aff8"/>
            <w:sz w:val="21"/>
            <w:szCs w:val="21"/>
          </w:rPr>
          <w:t>com</w:t>
        </w:r>
      </w:hyperlink>
      <w:r w:rsidR="00A31EFB">
        <w:rPr>
          <w:sz w:val="21"/>
          <w:szCs w:val="21"/>
          <w:lang w:val="ru-RU"/>
        </w:rPr>
        <w:br/>
      </w:r>
    </w:p>
    <w:p w14:paraId="39FA9844" w14:textId="77777777" w:rsidR="00644B34" w:rsidRPr="00A31EFB" w:rsidRDefault="00000000">
      <w:pPr>
        <w:rPr>
          <w:lang w:val="ru-RU"/>
        </w:rPr>
      </w:pPr>
      <w:r w:rsidRPr="00A31EFB">
        <w:rPr>
          <w:b/>
          <w:lang w:val="ru-RU"/>
        </w:rPr>
        <w:t>От: Ф.И.О.</w:t>
      </w:r>
      <w:r w:rsidRPr="00A31EFB">
        <w:rPr>
          <w:lang w:val="ru-RU"/>
        </w:rPr>
        <w:t xml:space="preserve"> ________________________________________________________________________________</w:t>
      </w:r>
    </w:p>
    <w:p w14:paraId="5DB04131" w14:textId="77777777" w:rsidR="00644B34" w:rsidRPr="00A31EFB" w:rsidRDefault="00000000">
      <w:pPr>
        <w:rPr>
          <w:lang w:val="ru-RU"/>
        </w:rPr>
      </w:pPr>
      <w:r w:rsidRPr="00A31EFB">
        <w:rPr>
          <w:b/>
          <w:lang w:val="ru-RU"/>
        </w:rPr>
        <w:t>Адрес проживания</w:t>
      </w:r>
      <w:r w:rsidRPr="00A31EFB">
        <w:rPr>
          <w:lang w:val="ru-RU"/>
        </w:rPr>
        <w:t xml:space="preserve"> ________________________________________________________________________________</w:t>
      </w:r>
    </w:p>
    <w:p w14:paraId="4DC1E27F" w14:textId="77777777" w:rsidR="00644B34" w:rsidRPr="00A31EFB" w:rsidRDefault="00000000">
      <w:pPr>
        <w:rPr>
          <w:lang w:val="ru-RU"/>
        </w:rPr>
      </w:pPr>
      <w:r w:rsidRPr="00A31EFB">
        <w:rPr>
          <w:b/>
          <w:lang w:val="ru-RU"/>
        </w:rPr>
        <w:t xml:space="preserve">Телефон и </w:t>
      </w:r>
      <w:r>
        <w:rPr>
          <w:b/>
        </w:rPr>
        <w:t>email</w:t>
      </w:r>
      <w:r w:rsidRPr="00A31EFB">
        <w:rPr>
          <w:lang w:val="ru-RU"/>
        </w:rPr>
        <w:t xml:space="preserve"> ________________________________________________________________________________</w:t>
      </w:r>
    </w:p>
    <w:p w14:paraId="221AF8FB" w14:textId="77777777" w:rsidR="00644B34" w:rsidRPr="00A31EFB" w:rsidRDefault="00000000">
      <w:pPr>
        <w:rPr>
          <w:lang w:val="ru-RU"/>
        </w:rPr>
      </w:pPr>
      <w:r w:rsidRPr="00A31EFB">
        <w:rPr>
          <w:b/>
          <w:lang w:val="ru-RU"/>
        </w:rPr>
        <w:t>Номер и дата заказа/счета</w:t>
      </w:r>
      <w:r w:rsidRPr="00A31EFB">
        <w:rPr>
          <w:lang w:val="ru-RU"/>
        </w:rPr>
        <w:t xml:space="preserve"> ________________________________________________________________________________</w:t>
      </w:r>
    </w:p>
    <w:p w14:paraId="7FCE7CA9" w14:textId="77777777" w:rsidR="00644B34" w:rsidRPr="00A31EFB" w:rsidRDefault="00000000">
      <w:pPr>
        <w:rPr>
          <w:lang w:val="ru-RU"/>
        </w:rPr>
      </w:pPr>
      <w:r w:rsidRPr="00A31EFB">
        <w:rPr>
          <w:b/>
          <w:lang w:val="ru-RU"/>
        </w:rPr>
        <w:t>Дата получения товара</w:t>
      </w:r>
      <w:r w:rsidRPr="00A31EFB">
        <w:rPr>
          <w:lang w:val="ru-RU"/>
        </w:rPr>
        <w:t xml:space="preserve"> ________________________________________________________________________________</w:t>
      </w:r>
    </w:p>
    <w:p w14:paraId="2F916A8A" w14:textId="77777777" w:rsidR="00644B34" w:rsidRPr="00A31EFB" w:rsidRDefault="00000000">
      <w:pPr>
        <w:rPr>
          <w:lang w:val="ru-RU"/>
        </w:rPr>
      </w:pPr>
      <w:r w:rsidRPr="00A31EFB">
        <w:rPr>
          <w:b/>
          <w:lang w:val="ru-RU"/>
        </w:rPr>
        <w:t>Наименование товара, артикул, количество</w:t>
      </w:r>
      <w:r w:rsidRPr="00A31EFB">
        <w:rPr>
          <w:lang w:val="ru-RU"/>
        </w:rPr>
        <w:t xml:space="preserve"> ________________________________________________________________________________</w:t>
      </w:r>
    </w:p>
    <w:p w14:paraId="78B0EF72" w14:textId="77777777" w:rsidR="00644B34" w:rsidRPr="00A31EFB" w:rsidRDefault="00000000">
      <w:pPr>
        <w:rPr>
          <w:lang w:val="ru-RU"/>
        </w:rPr>
      </w:pPr>
      <w:r w:rsidRPr="00A31EFB">
        <w:rPr>
          <w:lang w:val="ru-RU"/>
        </w:rPr>
        <w:t>____________________________________________________________________________________________________</w:t>
      </w:r>
    </w:p>
    <w:p w14:paraId="36DED4E9" w14:textId="68EF3FEC" w:rsidR="00644B34" w:rsidRPr="00A31EFB" w:rsidRDefault="00000000">
      <w:pPr>
        <w:rPr>
          <w:lang w:val="ru-RU"/>
        </w:rPr>
      </w:pPr>
      <w:r w:rsidRPr="00A31EFB">
        <w:rPr>
          <w:b/>
          <w:lang w:val="ru-RU"/>
        </w:rPr>
        <w:t>Стоимость товара</w:t>
      </w:r>
      <w:r w:rsidRPr="00A31EFB">
        <w:rPr>
          <w:lang w:val="ru-RU"/>
        </w:rPr>
        <w:t xml:space="preserve"> ________________________________________________________________________________</w:t>
      </w:r>
      <w:r w:rsidR="00A31EFB">
        <w:rPr>
          <w:lang w:val="ru-RU"/>
        </w:rPr>
        <w:br/>
      </w:r>
    </w:p>
    <w:p w14:paraId="1D9AC916" w14:textId="77777777" w:rsidR="00644B34" w:rsidRPr="00A31EFB" w:rsidRDefault="00000000" w:rsidP="00A31EFB">
      <w:pPr>
        <w:pStyle w:val="21"/>
        <w:jc w:val="center"/>
        <w:rPr>
          <w:sz w:val="22"/>
          <w:szCs w:val="22"/>
          <w:lang w:val="ru-RU"/>
        </w:rPr>
      </w:pPr>
      <w:r w:rsidRPr="00A31EFB">
        <w:rPr>
          <w:sz w:val="22"/>
          <w:szCs w:val="22"/>
          <w:lang w:val="ru-RU"/>
        </w:rPr>
        <w:t>Заявление</w:t>
      </w:r>
    </w:p>
    <w:p w14:paraId="56210DAF" w14:textId="698CE5F7" w:rsidR="00644B34" w:rsidRPr="00A31EFB" w:rsidRDefault="00000000">
      <w:pPr>
        <w:rPr>
          <w:lang w:val="ru-RU"/>
        </w:rPr>
      </w:pPr>
      <w:r w:rsidRPr="00A31EFB">
        <w:rPr>
          <w:lang w:val="ru-RU"/>
        </w:rPr>
        <w:t>На основании пункта 4 статьи 26.1 Закона РФ от 07.02.1992 № 2300-1 «О защите прав потребителей» заявляю об отказе от указанного выше товара надлежащего качества, приобретенного дистанционным способом, и прошу вернуть уплаченную за товар денежную сумму в установленный законом срок.</w:t>
      </w:r>
      <w:r w:rsidR="00A31EFB">
        <w:rPr>
          <w:lang w:val="ru-RU"/>
        </w:rPr>
        <w:br/>
      </w:r>
      <w:r w:rsidR="00A31EFB">
        <w:rPr>
          <w:lang w:val="ru-RU"/>
        </w:rPr>
        <w:br/>
      </w:r>
    </w:p>
    <w:p w14:paraId="4D16D15C" w14:textId="77777777" w:rsidR="00644B34" w:rsidRPr="00A31EFB" w:rsidRDefault="00000000">
      <w:pPr>
        <w:rPr>
          <w:lang w:val="ru-RU"/>
        </w:rPr>
      </w:pPr>
      <w:r w:rsidRPr="00A31EFB">
        <w:rPr>
          <w:lang w:val="ru-RU"/>
        </w:rPr>
        <w:t>Состояние товара:</w:t>
      </w:r>
    </w:p>
    <w:p w14:paraId="7F6A87A4" w14:textId="77777777" w:rsidR="00644B34" w:rsidRPr="00A31EFB" w:rsidRDefault="00000000">
      <w:pPr>
        <w:rPr>
          <w:lang w:val="ru-RU"/>
        </w:rPr>
      </w:pPr>
      <w:proofErr w:type="gramStart"/>
      <w:r w:rsidRPr="00A31EFB">
        <w:rPr>
          <w:b/>
          <w:lang w:val="ru-RU"/>
        </w:rPr>
        <w:t>[ ]</w:t>
      </w:r>
      <w:proofErr w:type="gramEnd"/>
      <w:r w:rsidRPr="00A31EFB">
        <w:rPr>
          <w:b/>
          <w:lang w:val="ru-RU"/>
        </w:rPr>
        <w:t xml:space="preserve"> </w:t>
      </w:r>
      <w:r w:rsidRPr="00A31EFB">
        <w:rPr>
          <w:lang w:val="ru-RU"/>
        </w:rPr>
        <w:t>товарный вид и потребительские свойства сохранены; товар не использовался и не подвергался монтажу, пайке, программированию, ремонту или иной доработке;</w:t>
      </w:r>
    </w:p>
    <w:p w14:paraId="34E29AE3" w14:textId="77777777" w:rsidR="00644B34" w:rsidRPr="00A31EFB" w:rsidRDefault="00000000">
      <w:pPr>
        <w:rPr>
          <w:lang w:val="ru-RU"/>
        </w:rPr>
      </w:pPr>
      <w:proofErr w:type="gramStart"/>
      <w:r w:rsidRPr="00A31EFB">
        <w:rPr>
          <w:b/>
          <w:lang w:val="ru-RU"/>
        </w:rPr>
        <w:t>[ ]</w:t>
      </w:r>
      <w:proofErr w:type="gramEnd"/>
      <w:r w:rsidRPr="00A31EFB">
        <w:rPr>
          <w:b/>
          <w:lang w:val="ru-RU"/>
        </w:rPr>
        <w:t xml:space="preserve"> </w:t>
      </w:r>
      <w:r w:rsidRPr="00A31EFB">
        <w:rPr>
          <w:lang w:val="ru-RU"/>
        </w:rPr>
        <w:t>имеются особенности состояния, которые необходимо указать:</w:t>
      </w:r>
    </w:p>
    <w:p w14:paraId="745CB720" w14:textId="05C17407" w:rsidR="00644B34" w:rsidRPr="00A31EFB" w:rsidRDefault="00000000">
      <w:pPr>
        <w:rPr>
          <w:lang w:val="ru-RU"/>
        </w:rPr>
      </w:pPr>
      <w:r w:rsidRPr="00A31EFB">
        <w:rPr>
          <w:lang w:val="ru-RU"/>
        </w:rPr>
        <w:t>____________________________________________________________________________________________________</w:t>
      </w:r>
      <w:r w:rsidR="00A31EFB">
        <w:rPr>
          <w:lang w:val="ru-RU"/>
        </w:rPr>
        <w:br/>
      </w:r>
      <w:r w:rsidR="00A31EFB">
        <w:rPr>
          <w:lang w:val="ru-RU"/>
        </w:rPr>
        <w:br/>
      </w:r>
    </w:p>
    <w:p w14:paraId="23EA3D77" w14:textId="77777777" w:rsidR="00644B34" w:rsidRPr="00A31EFB" w:rsidRDefault="00000000">
      <w:pPr>
        <w:rPr>
          <w:lang w:val="ru-RU"/>
        </w:rPr>
      </w:pPr>
      <w:r w:rsidRPr="00A31EFB">
        <w:rPr>
          <w:lang w:val="ru-RU"/>
        </w:rPr>
        <w:t>Способ передачи товара Продавцу:</w:t>
      </w:r>
    </w:p>
    <w:p w14:paraId="6C44B4DA" w14:textId="77777777" w:rsidR="00644B34" w:rsidRPr="00A31EFB" w:rsidRDefault="00000000">
      <w:pPr>
        <w:rPr>
          <w:lang w:val="ru-RU"/>
        </w:rPr>
      </w:pPr>
      <w:proofErr w:type="gramStart"/>
      <w:r w:rsidRPr="00A31EFB">
        <w:rPr>
          <w:b/>
          <w:lang w:val="ru-RU"/>
        </w:rPr>
        <w:t>[ ]</w:t>
      </w:r>
      <w:proofErr w:type="gramEnd"/>
      <w:r w:rsidRPr="00A31EFB">
        <w:rPr>
          <w:b/>
          <w:lang w:val="ru-RU"/>
        </w:rPr>
        <w:t xml:space="preserve"> </w:t>
      </w:r>
      <w:r w:rsidRPr="00A31EFB">
        <w:rPr>
          <w:lang w:val="ru-RU"/>
        </w:rPr>
        <w:t>лично по адресу Продавца;</w:t>
      </w:r>
    </w:p>
    <w:p w14:paraId="22DAF8FF" w14:textId="77777777" w:rsidR="00644B34" w:rsidRPr="00A31EFB" w:rsidRDefault="00000000">
      <w:pPr>
        <w:rPr>
          <w:lang w:val="ru-RU"/>
        </w:rPr>
      </w:pPr>
      <w:proofErr w:type="gramStart"/>
      <w:r w:rsidRPr="00A31EFB">
        <w:rPr>
          <w:b/>
          <w:lang w:val="ru-RU"/>
        </w:rPr>
        <w:t>[ ]</w:t>
      </w:r>
      <w:proofErr w:type="gramEnd"/>
      <w:r w:rsidRPr="00A31EFB">
        <w:rPr>
          <w:b/>
          <w:lang w:val="ru-RU"/>
        </w:rPr>
        <w:t xml:space="preserve"> </w:t>
      </w:r>
      <w:r w:rsidRPr="00A31EFB">
        <w:rPr>
          <w:lang w:val="ru-RU"/>
        </w:rPr>
        <w:t>через перевозчика/курьерскую службу/почтовую связь (указать перевозчика и номер отправления после отправки):</w:t>
      </w:r>
    </w:p>
    <w:p w14:paraId="458F1465" w14:textId="535F3001" w:rsidR="00644B34" w:rsidRPr="00A31EFB" w:rsidRDefault="00000000">
      <w:pPr>
        <w:rPr>
          <w:lang w:val="ru-RU"/>
        </w:rPr>
      </w:pPr>
      <w:r w:rsidRPr="00A31EFB">
        <w:rPr>
          <w:lang w:val="ru-RU"/>
        </w:rPr>
        <w:t>____________________________________________________________________________________________________</w:t>
      </w:r>
      <w:r w:rsidR="00A31EFB">
        <w:rPr>
          <w:lang w:val="ru-RU"/>
        </w:rPr>
        <w:br/>
      </w:r>
      <w:r w:rsidR="00A31EFB">
        <w:rPr>
          <w:lang w:val="ru-RU"/>
        </w:rPr>
        <w:br/>
      </w:r>
    </w:p>
    <w:p w14:paraId="1D0E44A7" w14:textId="77777777" w:rsidR="00644B34" w:rsidRPr="00A31EFB" w:rsidRDefault="00000000">
      <w:pPr>
        <w:rPr>
          <w:lang w:val="ru-RU"/>
        </w:rPr>
      </w:pPr>
      <w:r w:rsidRPr="00A31EFB">
        <w:rPr>
          <w:lang w:val="ru-RU"/>
        </w:rPr>
        <w:t>Способ возврата денежных средств:</w:t>
      </w:r>
    </w:p>
    <w:p w14:paraId="476C8BF7" w14:textId="77777777" w:rsidR="00644B34" w:rsidRPr="00A31EFB" w:rsidRDefault="00000000">
      <w:pPr>
        <w:rPr>
          <w:lang w:val="ru-RU"/>
        </w:rPr>
      </w:pPr>
      <w:proofErr w:type="gramStart"/>
      <w:r w:rsidRPr="00A31EFB">
        <w:rPr>
          <w:b/>
          <w:lang w:val="ru-RU"/>
        </w:rPr>
        <w:t>[ ]</w:t>
      </w:r>
      <w:proofErr w:type="gramEnd"/>
      <w:r w:rsidRPr="00A31EFB">
        <w:rPr>
          <w:b/>
          <w:lang w:val="ru-RU"/>
        </w:rPr>
        <w:t xml:space="preserve"> </w:t>
      </w:r>
      <w:r w:rsidRPr="00A31EFB">
        <w:rPr>
          <w:lang w:val="ru-RU"/>
        </w:rPr>
        <w:t>на банковскую карту, которой была оплачена покупка;</w:t>
      </w:r>
    </w:p>
    <w:p w14:paraId="2A425FA5" w14:textId="77777777" w:rsidR="00644B34" w:rsidRPr="00A31EFB" w:rsidRDefault="00000000">
      <w:pPr>
        <w:rPr>
          <w:lang w:val="ru-RU"/>
        </w:rPr>
      </w:pPr>
      <w:proofErr w:type="gramStart"/>
      <w:r w:rsidRPr="00A31EFB">
        <w:rPr>
          <w:b/>
          <w:lang w:val="ru-RU"/>
        </w:rPr>
        <w:t>[ ]</w:t>
      </w:r>
      <w:proofErr w:type="gramEnd"/>
      <w:r w:rsidRPr="00A31EFB">
        <w:rPr>
          <w:b/>
          <w:lang w:val="ru-RU"/>
        </w:rPr>
        <w:t xml:space="preserve"> </w:t>
      </w:r>
      <w:r w:rsidRPr="00A31EFB">
        <w:rPr>
          <w:lang w:val="ru-RU"/>
        </w:rPr>
        <w:t>на банковский счет по реквизитам:</w:t>
      </w:r>
    </w:p>
    <w:p w14:paraId="4F5BF968" w14:textId="77777777" w:rsidR="00644B34" w:rsidRPr="00A31EFB" w:rsidRDefault="00000000">
      <w:pPr>
        <w:rPr>
          <w:lang w:val="ru-RU"/>
        </w:rPr>
      </w:pPr>
      <w:r w:rsidRPr="00A31EFB">
        <w:rPr>
          <w:b/>
          <w:lang w:val="ru-RU"/>
        </w:rPr>
        <w:t>Получатель</w:t>
      </w:r>
      <w:r w:rsidRPr="00A31EFB">
        <w:rPr>
          <w:lang w:val="ru-RU"/>
        </w:rPr>
        <w:t xml:space="preserve"> ________________________________________________________________________________</w:t>
      </w:r>
    </w:p>
    <w:p w14:paraId="167BFB07" w14:textId="77777777" w:rsidR="00644B34" w:rsidRPr="00A31EFB" w:rsidRDefault="00000000">
      <w:pPr>
        <w:rPr>
          <w:lang w:val="ru-RU"/>
        </w:rPr>
      </w:pPr>
      <w:r w:rsidRPr="00A31EFB">
        <w:rPr>
          <w:b/>
          <w:lang w:val="ru-RU"/>
        </w:rPr>
        <w:t>Банк, БИК</w:t>
      </w:r>
      <w:r w:rsidRPr="00A31EFB">
        <w:rPr>
          <w:lang w:val="ru-RU"/>
        </w:rPr>
        <w:t xml:space="preserve"> ________________________________________________________________________________</w:t>
      </w:r>
    </w:p>
    <w:p w14:paraId="2D59F2C4" w14:textId="5D5F2220" w:rsidR="00644B34" w:rsidRPr="00A31EFB" w:rsidRDefault="00000000">
      <w:pPr>
        <w:rPr>
          <w:lang w:val="ru-RU"/>
        </w:rPr>
      </w:pPr>
      <w:r w:rsidRPr="00A31EFB">
        <w:rPr>
          <w:b/>
          <w:lang w:val="ru-RU"/>
        </w:rPr>
        <w:t>Расчетный/лицевой счет</w:t>
      </w:r>
      <w:r w:rsidRPr="00A31EFB">
        <w:rPr>
          <w:lang w:val="ru-RU"/>
        </w:rPr>
        <w:t xml:space="preserve"> ________________________________________________________________________________</w:t>
      </w:r>
      <w:r w:rsidR="00A31EFB">
        <w:rPr>
          <w:lang w:val="ru-RU"/>
        </w:rPr>
        <w:br/>
      </w:r>
      <w:r w:rsidR="00A31EFB">
        <w:rPr>
          <w:lang w:val="ru-RU"/>
        </w:rPr>
        <w:br/>
      </w:r>
    </w:p>
    <w:p w14:paraId="6EC31E05" w14:textId="77777777" w:rsidR="00644B34" w:rsidRPr="00A31EFB" w:rsidRDefault="00000000">
      <w:pPr>
        <w:rPr>
          <w:lang w:val="ru-RU"/>
        </w:rPr>
      </w:pPr>
      <w:r w:rsidRPr="00A31EFB">
        <w:rPr>
          <w:b/>
          <w:lang w:val="ru-RU"/>
        </w:rPr>
        <w:t xml:space="preserve">Приложения: </w:t>
      </w:r>
      <w:r w:rsidRPr="00A31EFB">
        <w:rPr>
          <w:lang w:val="ru-RU"/>
        </w:rPr>
        <w:t>копия документа о покупке (при наличии), фотографии товара/упаковки (при наличии), иные документы:</w:t>
      </w:r>
    </w:p>
    <w:p w14:paraId="4E639755" w14:textId="4E4F4D8E" w:rsidR="00644B34" w:rsidRPr="00A31EFB" w:rsidRDefault="00000000">
      <w:pPr>
        <w:rPr>
          <w:lang w:val="ru-RU"/>
        </w:rPr>
      </w:pPr>
      <w:r w:rsidRPr="00A31EFB">
        <w:rPr>
          <w:lang w:val="ru-RU"/>
        </w:rPr>
        <w:t>____________________________________________________________________________________________________</w:t>
      </w:r>
      <w:r w:rsidR="00A31EFB">
        <w:rPr>
          <w:lang w:val="ru-RU"/>
        </w:rPr>
        <w:br/>
      </w:r>
      <w:r w:rsidR="00A31EFB">
        <w:rPr>
          <w:lang w:val="ru-RU"/>
        </w:rPr>
        <w:br/>
      </w:r>
      <w:r w:rsidR="00A31EFB">
        <w:rPr>
          <w:lang w:val="ru-RU"/>
        </w:rPr>
        <w:br/>
      </w:r>
      <w:r w:rsidR="00A31EFB">
        <w:rPr>
          <w:lang w:val="ru-RU"/>
        </w:rPr>
        <w:br/>
      </w:r>
    </w:p>
    <w:p w14:paraId="5DB178E9" w14:textId="57CEE707" w:rsidR="00644B34" w:rsidRPr="00A31EFB" w:rsidRDefault="00000000">
      <w:pPr>
        <w:rPr>
          <w:lang w:val="ru-RU"/>
        </w:rPr>
      </w:pPr>
      <w:r w:rsidRPr="00A31EFB">
        <w:rPr>
          <w:lang w:val="ru-RU"/>
        </w:rPr>
        <w:t>Подтверждаю достоверность указанных сведений. Мне известно, что при возврате товара надлежащего качества расходы по обратной доставке и риск случайной гибели или повреждения товара во время транспортировки несет покупатель в соответствии с применимыми нормами закона и Постановлением Конституционного Суда РФ от 17.02.2026 № 7-П.</w:t>
      </w:r>
      <w:r w:rsidR="00A31EFB">
        <w:rPr>
          <w:lang w:val="ru-RU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644B34" w14:paraId="62C247BC" w14:textId="77777777">
        <w:trPr>
          <w:jc w:val="center"/>
        </w:trPr>
        <w:tc>
          <w:tcPr>
            <w:tcW w:w="52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86519" w14:textId="77777777" w:rsidR="00644B34" w:rsidRDefault="00000000">
            <w:proofErr w:type="spellStart"/>
            <w:r>
              <w:t>Дата</w:t>
            </w:r>
            <w:proofErr w:type="spellEnd"/>
            <w:r>
              <w:t>: «___» __________ 20___ г.</w:t>
            </w:r>
          </w:p>
        </w:tc>
        <w:tc>
          <w:tcPr>
            <w:tcW w:w="52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B63D9" w14:textId="77777777" w:rsidR="00644B34" w:rsidRDefault="00000000">
            <w:r>
              <w:t>Подпись: __________________</w:t>
            </w:r>
          </w:p>
        </w:tc>
      </w:tr>
      <w:tr w:rsidR="00644B34" w14:paraId="5E39023E" w14:textId="77777777">
        <w:trPr>
          <w:jc w:val="center"/>
        </w:trPr>
        <w:tc>
          <w:tcPr>
            <w:tcW w:w="52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6D136" w14:textId="77777777" w:rsidR="00644B34" w:rsidRDefault="00644B34"/>
        </w:tc>
        <w:tc>
          <w:tcPr>
            <w:tcW w:w="52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4DD43" w14:textId="77777777" w:rsidR="00644B34" w:rsidRDefault="00000000">
            <w:r>
              <w:t>Ф.И.О.: ___________________</w:t>
            </w:r>
          </w:p>
        </w:tc>
      </w:tr>
    </w:tbl>
    <w:p w14:paraId="4C17F97D" w14:textId="77777777" w:rsidR="00854A6B" w:rsidRDefault="00854A6B"/>
    <w:sectPr w:rsidR="00854A6B" w:rsidSect="00034616">
      <w:footerReference w:type="default" r:id="rId9"/>
      <w:pgSz w:w="12240" w:h="15840"/>
      <w:pgMar w:top="595" w:right="822" w:bottom="59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8DC649" w14:textId="77777777" w:rsidR="00854A6B" w:rsidRDefault="00854A6B">
      <w:pPr>
        <w:spacing w:after="0"/>
      </w:pPr>
      <w:r>
        <w:separator/>
      </w:r>
    </w:p>
  </w:endnote>
  <w:endnote w:type="continuationSeparator" w:id="0">
    <w:p w14:paraId="67ABBFF4" w14:textId="77777777" w:rsidR="00854A6B" w:rsidRDefault="00854A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30420C" w14:textId="77777777" w:rsidR="00644B34" w:rsidRDefault="00000000">
    <w:pPr>
      <w:pStyle w:val="a7"/>
      <w:jc w:val="center"/>
    </w:pPr>
    <w:r>
      <w:rPr>
        <w:color w:val="666666"/>
        <w:sz w:val="16"/>
      </w:rPr>
      <w:t xml:space="preserve">BAZABTC • </w:t>
    </w:r>
    <w:proofErr w:type="spellStart"/>
    <w:r>
      <w:rPr>
        <w:color w:val="666666"/>
        <w:sz w:val="16"/>
      </w:rPr>
      <w:t>форма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для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заполнения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CFFACD" w14:textId="77777777" w:rsidR="00854A6B" w:rsidRDefault="00854A6B">
      <w:pPr>
        <w:spacing w:after="0"/>
      </w:pPr>
      <w:r>
        <w:separator/>
      </w:r>
    </w:p>
  </w:footnote>
  <w:footnote w:type="continuationSeparator" w:id="0">
    <w:p w14:paraId="7CDAE9B7" w14:textId="77777777" w:rsidR="00854A6B" w:rsidRDefault="00854A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9241086">
    <w:abstractNumId w:val="8"/>
  </w:num>
  <w:num w:numId="2" w16cid:durableId="1477718786">
    <w:abstractNumId w:val="6"/>
  </w:num>
  <w:num w:numId="3" w16cid:durableId="1751731898">
    <w:abstractNumId w:val="5"/>
  </w:num>
  <w:num w:numId="4" w16cid:durableId="1901094114">
    <w:abstractNumId w:val="4"/>
  </w:num>
  <w:num w:numId="5" w16cid:durableId="1662007555">
    <w:abstractNumId w:val="7"/>
  </w:num>
  <w:num w:numId="6" w16cid:durableId="343436355">
    <w:abstractNumId w:val="3"/>
  </w:num>
  <w:num w:numId="7" w16cid:durableId="520515391">
    <w:abstractNumId w:val="2"/>
  </w:num>
  <w:num w:numId="8" w16cid:durableId="209538672">
    <w:abstractNumId w:val="1"/>
  </w:num>
  <w:num w:numId="9" w16cid:durableId="6978507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44B34"/>
    <w:rsid w:val="00854A6B"/>
    <w:rsid w:val="00A31EFB"/>
    <w:rsid w:val="00AA1D8D"/>
    <w:rsid w:val="00B47730"/>
    <w:rsid w:val="00CB0664"/>
    <w:rsid w:val="00D172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E81DE3"/>
  <w14:defaultImageDpi w14:val="300"/>
  <w15:docId w15:val="{EC60FF83-6DEE-9144-B53A-7FBE8558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30" w:line="240" w:lineRule="auto"/>
    </w:pPr>
    <w:rPr>
      <w:rFonts w:ascii="Arial" w:eastAsia="Arial" w:hAnsi="Arial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/>
      <w:b/>
      <w:bCs/>
      <w:color w:val="1F4E78"/>
      <w:sz w:val="2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/>
      <w:b/>
      <w:bCs/>
      <w:color w:val="1F4E78"/>
      <w:sz w:val="19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/>
      <w:b/>
      <w:bCs/>
      <w:color w:val="202124"/>
      <w:sz w:val="1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00" w:after="100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20"/>
    </w:pPr>
    <w:rPr>
      <w:rFonts w:ascii="Arial" w:eastAsia="Arial" w:hAnsi="Arial"/>
      <w:color w:val="666666"/>
      <w:sz w:val="14"/>
    </w:rPr>
  </w:style>
  <w:style w:type="paragraph" w:customStyle="1" w:styleId="ButtonText">
    <w:name w:val="Button Text"/>
    <w:pPr>
      <w:spacing w:after="0"/>
    </w:pPr>
    <w:rPr>
      <w:rFonts w:ascii="Arial" w:eastAsia="Arial" w:hAnsi="Arial"/>
      <w:b/>
      <w:color w:val="1F4E78"/>
      <w:sz w:val="20"/>
    </w:rPr>
  </w:style>
  <w:style w:type="character" w:styleId="aff8">
    <w:name w:val="Hyperlink"/>
    <w:basedOn w:val="a2"/>
    <w:uiPriority w:val="99"/>
    <w:unhideWhenUsed/>
    <w:rsid w:val="00A31EFB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A31E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c@bazabtc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Elena Anelkina</cp:lastModifiedBy>
  <cp:revision>2</cp:revision>
  <dcterms:created xsi:type="dcterms:W3CDTF">2026-07-10T09:32:00Z</dcterms:created>
  <dcterms:modified xsi:type="dcterms:W3CDTF">2026-07-10T09:32:00Z</dcterms:modified>
  <cp:category/>
</cp:coreProperties>
</file>