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618908" w14:textId="77777777" w:rsidR="006E61AD" w:rsidRPr="00720119" w:rsidRDefault="00000000">
      <w:pPr>
        <w:spacing w:after="0"/>
        <w:jc w:val="center"/>
        <w:rPr>
          <w:lang w:val="ru-RU"/>
        </w:rPr>
      </w:pPr>
      <w:r>
        <w:rPr>
          <w:b/>
          <w:color w:val="1F4E78"/>
          <w:sz w:val="28"/>
        </w:rPr>
        <w:t>BAZABTC</w:t>
      </w:r>
    </w:p>
    <w:p w14:paraId="04D2C157" w14:textId="62D2D697" w:rsidR="006E61AD" w:rsidRPr="00720119" w:rsidRDefault="00000000">
      <w:pPr>
        <w:spacing w:after="0"/>
        <w:jc w:val="center"/>
        <w:rPr>
          <w:lang w:val="ru-RU"/>
        </w:rPr>
      </w:pPr>
      <w:r w:rsidRPr="00720119">
        <w:rPr>
          <w:b/>
          <w:sz w:val="23"/>
          <w:lang w:val="ru-RU"/>
        </w:rPr>
        <w:t>ЗАЯВЛЕНИЕ ЮРИДИЧЕСКОГО ЛИЦА ИЛИ ИП</w:t>
      </w:r>
    </w:p>
    <w:p w14:paraId="244FDA62" w14:textId="3BFD746B" w:rsidR="006E61AD" w:rsidRPr="00720119" w:rsidRDefault="00000000">
      <w:pPr>
        <w:pStyle w:val="SmallNote"/>
        <w:jc w:val="center"/>
        <w:rPr>
          <w:lang w:val="ru-RU"/>
        </w:rPr>
      </w:pPr>
      <w:r w:rsidRPr="00720119">
        <w:rPr>
          <w:lang w:val="ru-RU"/>
        </w:rPr>
        <w:t xml:space="preserve">по возврату, качеству, комплектности </w:t>
      </w:r>
      <w:r w:rsidR="00245646">
        <w:rPr>
          <w:lang w:val="ru-RU"/>
        </w:rPr>
        <w:t>товара</w:t>
      </w:r>
    </w:p>
    <w:p w14:paraId="2679A8C9" w14:textId="77777777" w:rsidR="006E61AD" w:rsidRPr="00720119" w:rsidRDefault="00000000">
      <w:pPr>
        <w:jc w:val="right"/>
        <w:rPr>
          <w:lang w:val="ru-RU"/>
        </w:rPr>
      </w:pPr>
      <w:r w:rsidRPr="00720119">
        <w:rPr>
          <w:b/>
          <w:lang w:val="ru-RU"/>
        </w:rPr>
        <w:t>Поставщику: ИП Бондаренко Ольге Петровне</w:t>
      </w:r>
      <w:r w:rsidRPr="00720119">
        <w:rPr>
          <w:b/>
          <w:lang w:val="ru-RU"/>
        </w:rPr>
        <w:br/>
      </w:r>
      <w:r w:rsidRPr="00720119">
        <w:rPr>
          <w:lang w:val="ru-RU"/>
        </w:rPr>
        <w:t>ИНН 784002794204, ОГРНИП 324774600696174</w:t>
      </w:r>
      <w:r w:rsidRPr="00720119">
        <w:rPr>
          <w:lang w:val="ru-RU"/>
        </w:rPr>
        <w:br/>
      </w:r>
      <w:r>
        <w:t>Email</w:t>
      </w:r>
      <w:r w:rsidRPr="00720119">
        <w:rPr>
          <w:lang w:val="ru-RU"/>
        </w:rPr>
        <w:t xml:space="preserve">: </w:t>
      </w:r>
      <w:proofErr w:type="spellStart"/>
      <w:r>
        <w:t>cmc</w:t>
      </w:r>
      <w:proofErr w:type="spellEnd"/>
      <w:r w:rsidRPr="00720119">
        <w:rPr>
          <w:lang w:val="ru-RU"/>
        </w:rPr>
        <w:t>@</w:t>
      </w:r>
      <w:proofErr w:type="spellStart"/>
      <w:r>
        <w:t>bazabtc</w:t>
      </w:r>
      <w:proofErr w:type="spellEnd"/>
      <w:r w:rsidRPr="00720119">
        <w:rPr>
          <w:lang w:val="ru-RU"/>
        </w:rPr>
        <w:t>.</w:t>
      </w:r>
      <w:r>
        <w:t>com</w:t>
      </w:r>
    </w:p>
    <w:p w14:paraId="244CEFED" w14:textId="77777777" w:rsidR="006E61AD" w:rsidRPr="00720119" w:rsidRDefault="00000000">
      <w:pPr>
        <w:rPr>
          <w:lang w:val="ru-RU"/>
        </w:rPr>
      </w:pPr>
      <w:r w:rsidRPr="00720119">
        <w:rPr>
          <w:b/>
          <w:lang w:val="ru-RU"/>
        </w:rPr>
        <w:t>Покупатель (полное наименование / Ф.И.О. ИП)</w:t>
      </w:r>
      <w:r w:rsidRPr="00720119">
        <w:rPr>
          <w:lang w:val="ru-RU"/>
        </w:rPr>
        <w:t xml:space="preserve"> ________________________________________________________________________________</w:t>
      </w:r>
    </w:p>
    <w:p w14:paraId="369D26D2" w14:textId="77777777" w:rsidR="006E61AD" w:rsidRPr="00720119" w:rsidRDefault="00000000">
      <w:pPr>
        <w:rPr>
          <w:lang w:val="ru-RU"/>
        </w:rPr>
      </w:pPr>
      <w:r w:rsidRPr="00720119">
        <w:rPr>
          <w:b/>
          <w:lang w:val="ru-RU"/>
        </w:rPr>
        <w:t>ИНН / КПП / ОГРН (ОГРНИП)</w:t>
      </w:r>
      <w:r w:rsidRPr="00720119">
        <w:rPr>
          <w:lang w:val="ru-RU"/>
        </w:rPr>
        <w:t xml:space="preserve"> ________________________________________________________________________________</w:t>
      </w:r>
    </w:p>
    <w:p w14:paraId="45E72A51" w14:textId="77777777" w:rsidR="006E61AD" w:rsidRPr="00720119" w:rsidRDefault="00000000">
      <w:pPr>
        <w:rPr>
          <w:lang w:val="ru-RU"/>
        </w:rPr>
      </w:pPr>
      <w:r w:rsidRPr="00720119">
        <w:rPr>
          <w:b/>
          <w:lang w:val="ru-RU"/>
        </w:rPr>
        <w:t>Юридический и почтовый адрес</w:t>
      </w:r>
      <w:r w:rsidRPr="00720119">
        <w:rPr>
          <w:lang w:val="ru-RU"/>
        </w:rPr>
        <w:t xml:space="preserve"> ________________________________________________________________________________</w:t>
      </w:r>
    </w:p>
    <w:p w14:paraId="504F5212" w14:textId="77777777" w:rsidR="006E61AD" w:rsidRPr="00720119" w:rsidRDefault="00000000">
      <w:pPr>
        <w:rPr>
          <w:lang w:val="ru-RU"/>
        </w:rPr>
      </w:pPr>
      <w:r w:rsidRPr="00720119">
        <w:rPr>
          <w:lang w:val="ru-RU"/>
        </w:rPr>
        <w:t>____________________________________________________________________________________________________</w:t>
      </w:r>
    </w:p>
    <w:p w14:paraId="0E0C64EB" w14:textId="77777777" w:rsidR="006E61AD" w:rsidRPr="00720119" w:rsidRDefault="00000000">
      <w:pPr>
        <w:rPr>
          <w:lang w:val="ru-RU"/>
        </w:rPr>
      </w:pPr>
      <w:r w:rsidRPr="00720119">
        <w:rPr>
          <w:b/>
          <w:lang w:val="ru-RU"/>
        </w:rPr>
        <w:t xml:space="preserve">Контактное лицо, должность, телефон, </w:t>
      </w:r>
      <w:r>
        <w:rPr>
          <w:b/>
        </w:rPr>
        <w:t>email</w:t>
      </w:r>
      <w:r w:rsidRPr="00720119">
        <w:rPr>
          <w:lang w:val="ru-RU"/>
        </w:rPr>
        <w:t xml:space="preserve"> ________________________________________________________________________________</w:t>
      </w:r>
    </w:p>
    <w:p w14:paraId="0C883FD3" w14:textId="77777777" w:rsidR="006E61AD" w:rsidRPr="00720119" w:rsidRDefault="00000000">
      <w:pPr>
        <w:rPr>
          <w:lang w:val="ru-RU"/>
        </w:rPr>
      </w:pPr>
      <w:r w:rsidRPr="00720119">
        <w:rPr>
          <w:b/>
          <w:lang w:val="ru-RU"/>
        </w:rPr>
        <w:t>Номер и дата счета/договора/заказа</w:t>
      </w:r>
      <w:r w:rsidRPr="00720119">
        <w:rPr>
          <w:lang w:val="ru-RU"/>
        </w:rPr>
        <w:t xml:space="preserve"> ________________________________________________________________________________</w:t>
      </w:r>
    </w:p>
    <w:p w14:paraId="62053AD2" w14:textId="77777777" w:rsidR="006E61AD" w:rsidRPr="00720119" w:rsidRDefault="00000000">
      <w:pPr>
        <w:rPr>
          <w:lang w:val="ru-RU"/>
        </w:rPr>
      </w:pPr>
      <w:r w:rsidRPr="00720119">
        <w:rPr>
          <w:b/>
          <w:lang w:val="ru-RU"/>
        </w:rPr>
        <w:t>УПД/накладная, дата получения</w:t>
      </w:r>
      <w:r w:rsidRPr="00720119">
        <w:rPr>
          <w:lang w:val="ru-RU"/>
        </w:rPr>
        <w:t xml:space="preserve"> ________________________________________________________________________________</w:t>
      </w:r>
    </w:p>
    <w:p w14:paraId="7DAE7AD4" w14:textId="77777777" w:rsidR="006E61AD" w:rsidRPr="00720119" w:rsidRDefault="00000000">
      <w:pPr>
        <w:rPr>
          <w:lang w:val="ru-RU"/>
        </w:rPr>
      </w:pPr>
      <w:r w:rsidRPr="00720119">
        <w:rPr>
          <w:b/>
          <w:lang w:val="ru-RU"/>
        </w:rPr>
        <w:t>Наименование, артикул, количество, стоимость товара</w:t>
      </w:r>
      <w:r w:rsidRPr="00720119">
        <w:rPr>
          <w:lang w:val="ru-RU"/>
        </w:rPr>
        <w:t xml:space="preserve"> ________________________________________________________________________________</w:t>
      </w:r>
    </w:p>
    <w:p w14:paraId="29AB107A" w14:textId="77777777" w:rsidR="006E61AD" w:rsidRPr="00720119" w:rsidRDefault="00000000">
      <w:pPr>
        <w:rPr>
          <w:lang w:val="ru-RU"/>
        </w:rPr>
      </w:pPr>
      <w:r w:rsidRPr="00720119">
        <w:rPr>
          <w:lang w:val="ru-RU"/>
        </w:rPr>
        <w:t>____________________________________________________________________________________________________</w:t>
      </w:r>
    </w:p>
    <w:p w14:paraId="22A3DCBB" w14:textId="77777777" w:rsidR="006E61AD" w:rsidRPr="00720119" w:rsidRDefault="00000000" w:rsidP="00720119">
      <w:pPr>
        <w:pStyle w:val="21"/>
        <w:jc w:val="center"/>
        <w:rPr>
          <w:sz w:val="21"/>
          <w:szCs w:val="21"/>
          <w:lang w:val="ru-RU"/>
        </w:rPr>
      </w:pPr>
      <w:r w:rsidRPr="00720119">
        <w:rPr>
          <w:sz w:val="21"/>
          <w:szCs w:val="21"/>
          <w:lang w:val="ru-RU"/>
        </w:rPr>
        <w:t>Основание обращения</w:t>
      </w:r>
    </w:p>
    <w:p w14:paraId="0357C58F" w14:textId="77777777" w:rsidR="006E61AD" w:rsidRPr="00720119" w:rsidRDefault="00000000">
      <w:pPr>
        <w:rPr>
          <w:lang w:val="ru-RU"/>
        </w:rPr>
      </w:pPr>
      <w:proofErr w:type="gramStart"/>
      <w:r w:rsidRPr="00720119">
        <w:rPr>
          <w:b/>
          <w:lang w:val="ru-RU"/>
        </w:rPr>
        <w:t>[ ]</w:t>
      </w:r>
      <w:proofErr w:type="gramEnd"/>
      <w:r w:rsidRPr="00720119">
        <w:rPr>
          <w:b/>
          <w:lang w:val="ru-RU"/>
        </w:rPr>
        <w:t xml:space="preserve"> </w:t>
      </w:r>
      <w:r w:rsidRPr="00720119">
        <w:rPr>
          <w:lang w:val="ru-RU"/>
        </w:rPr>
        <w:t>возврат/обмен товара надлежащего качества по соглашению сторон;</w:t>
      </w:r>
    </w:p>
    <w:p w14:paraId="5942A756" w14:textId="77777777" w:rsidR="006E61AD" w:rsidRPr="00720119" w:rsidRDefault="00000000">
      <w:pPr>
        <w:rPr>
          <w:lang w:val="ru-RU"/>
        </w:rPr>
      </w:pPr>
      <w:proofErr w:type="gramStart"/>
      <w:r w:rsidRPr="00720119">
        <w:rPr>
          <w:b/>
          <w:lang w:val="ru-RU"/>
        </w:rPr>
        <w:t>[ ]</w:t>
      </w:r>
      <w:proofErr w:type="gramEnd"/>
      <w:r w:rsidRPr="00720119">
        <w:rPr>
          <w:b/>
          <w:lang w:val="ru-RU"/>
        </w:rPr>
        <w:t xml:space="preserve"> </w:t>
      </w:r>
      <w:r w:rsidRPr="00720119">
        <w:rPr>
          <w:lang w:val="ru-RU"/>
        </w:rPr>
        <w:t>товар ненадлежащего качества;</w:t>
      </w:r>
    </w:p>
    <w:p w14:paraId="6D1A6468" w14:textId="77777777" w:rsidR="006E61AD" w:rsidRPr="00720119" w:rsidRDefault="00000000">
      <w:pPr>
        <w:rPr>
          <w:lang w:val="ru-RU"/>
        </w:rPr>
      </w:pPr>
      <w:proofErr w:type="gramStart"/>
      <w:r w:rsidRPr="00720119">
        <w:rPr>
          <w:b/>
          <w:lang w:val="ru-RU"/>
        </w:rPr>
        <w:t>[ ]</w:t>
      </w:r>
      <w:proofErr w:type="gramEnd"/>
      <w:r w:rsidRPr="00720119">
        <w:rPr>
          <w:b/>
          <w:lang w:val="ru-RU"/>
        </w:rPr>
        <w:t xml:space="preserve"> </w:t>
      </w:r>
      <w:r w:rsidRPr="00720119">
        <w:rPr>
          <w:lang w:val="ru-RU"/>
        </w:rPr>
        <w:t>несоответствие количеству, ассортименту или комплектности;</w:t>
      </w:r>
    </w:p>
    <w:p w14:paraId="739881CB" w14:textId="77777777" w:rsidR="006E61AD" w:rsidRPr="00720119" w:rsidRDefault="00000000">
      <w:pPr>
        <w:rPr>
          <w:lang w:val="ru-RU"/>
        </w:rPr>
      </w:pPr>
      <w:proofErr w:type="gramStart"/>
      <w:r w:rsidRPr="00720119">
        <w:rPr>
          <w:b/>
          <w:lang w:val="ru-RU"/>
        </w:rPr>
        <w:t>[ ]</w:t>
      </w:r>
      <w:proofErr w:type="gramEnd"/>
      <w:r w:rsidRPr="00720119">
        <w:rPr>
          <w:b/>
          <w:lang w:val="ru-RU"/>
        </w:rPr>
        <w:t xml:space="preserve"> </w:t>
      </w:r>
      <w:r w:rsidRPr="00720119">
        <w:rPr>
          <w:lang w:val="ru-RU"/>
        </w:rPr>
        <w:t>иное:</w:t>
      </w:r>
    </w:p>
    <w:p w14:paraId="3CB831F2" w14:textId="77777777" w:rsidR="006E61AD" w:rsidRPr="00720119" w:rsidRDefault="00000000">
      <w:pPr>
        <w:rPr>
          <w:lang w:val="ru-RU"/>
        </w:rPr>
      </w:pPr>
      <w:r w:rsidRPr="00720119">
        <w:rPr>
          <w:lang w:val="ru-RU"/>
        </w:rPr>
        <w:t>____________________________________________________________________________________________________</w:t>
      </w:r>
    </w:p>
    <w:p w14:paraId="0160EBA8" w14:textId="77777777" w:rsidR="006E61AD" w:rsidRPr="00720119" w:rsidRDefault="00000000">
      <w:pPr>
        <w:rPr>
          <w:lang w:val="ru-RU"/>
        </w:rPr>
      </w:pPr>
      <w:r w:rsidRPr="00720119">
        <w:rPr>
          <w:b/>
          <w:lang w:val="ru-RU"/>
        </w:rPr>
        <w:t>Описание обстоятельств, выявленных недостатков/несоответствий и дата их обнаружения</w:t>
      </w:r>
      <w:r w:rsidRPr="00720119">
        <w:rPr>
          <w:lang w:val="ru-RU"/>
        </w:rPr>
        <w:t xml:space="preserve"> ________________________________________________________________________________</w:t>
      </w:r>
    </w:p>
    <w:p w14:paraId="7E3D3E3B" w14:textId="77777777" w:rsidR="006E61AD" w:rsidRPr="00720119" w:rsidRDefault="00000000">
      <w:pPr>
        <w:rPr>
          <w:lang w:val="ru-RU"/>
        </w:rPr>
      </w:pPr>
      <w:r w:rsidRPr="00720119">
        <w:rPr>
          <w:lang w:val="ru-RU"/>
        </w:rPr>
        <w:t>____________________________________________________________________________________________________</w:t>
      </w:r>
    </w:p>
    <w:p w14:paraId="0E89521A" w14:textId="77777777" w:rsidR="006E61AD" w:rsidRPr="00720119" w:rsidRDefault="00000000">
      <w:pPr>
        <w:rPr>
          <w:lang w:val="ru-RU"/>
        </w:rPr>
      </w:pPr>
      <w:r w:rsidRPr="00720119">
        <w:rPr>
          <w:lang w:val="ru-RU"/>
        </w:rPr>
        <w:t>____________________________________________________________________________________________________</w:t>
      </w:r>
    </w:p>
    <w:p w14:paraId="451F6744" w14:textId="77777777" w:rsidR="006E61AD" w:rsidRPr="00720119" w:rsidRDefault="00000000">
      <w:pPr>
        <w:rPr>
          <w:lang w:val="ru-RU"/>
        </w:rPr>
      </w:pPr>
      <w:r w:rsidRPr="00720119">
        <w:rPr>
          <w:lang w:val="ru-RU"/>
        </w:rPr>
        <w:t>____________________________________________________________________________________________________</w:t>
      </w:r>
    </w:p>
    <w:p w14:paraId="23B1D0C6" w14:textId="77777777" w:rsidR="006E61AD" w:rsidRPr="00720119" w:rsidRDefault="00000000" w:rsidP="00720119">
      <w:pPr>
        <w:pStyle w:val="21"/>
        <w:jc w:val="center"/>
        <w:rPr>
          <w:lang w:val="ru-RU"/>
        </w:rPr>
      </w:pPr>
      <w:r w:rsidRPr="00720119">
        <w:rPr>
          <w:lang w:val="ru-RU"/>
        </w:rPr>
        <w:t>Требование Покупателя</w:t>
      </w:r>
    </w:p>
    <w:p w14:paraId="77A3020F" w14:textId="77777777" w:rsidR="006E61AD" w:rsidRPr="00720119" w:rsidRDefault="00000000">
      <w:pPr>
        <w:rPr>
          <w:lang w:val="ru-RU"/>
        </w:rPr>
      </w:pPr>
      <w:proofErr w:type="gramStart"/>
      <w:r w:rsidRPr="00720119">
        <w:rPr>
          <w:b/>
          <w:lang w:val="ru-RU"/>
        </w:rPr>
        <w:t>[ ]</w:t>
      </w:r>
      <w:proofErr w:type="gramEnd"/>
      <w:r w:rsidRPr="00720119">
        <w:rPr>
          <w:b/>
          <w:lang w:val="ru-RU"/>
        </w:rPr>
        <w:t xml:space="preserve"> </w:t>
      </w:r>
      <w:r w:rsidRPr="00720119">
        <w:rPr>
          <w:lang w:val="ru-RU"/>
        </w:rPr>
        <w:t>согласовать возврат товара надлежащего качества и вернуть денежные средства / произвести зачет;</w:t>
      </w:r>
    </w:p>
    <w:p w14:paraId="78974C61" w14:textId="315BDCAC" w:rsidR="006E61AD" w:rsidRPr="00720119" w:rsidRDefault="00000000">
      <w:pPr>
        <w:rPr>
          <w:lang w:val="ru-RU"/>
        </w:rPr>
      </w:pPr>
      <w:proofErr w:type="gramStart"/>
      <w:r w:rsidRPr="00720119">
        <w:rPr>
          <w:b/>
          <w:lang w:val="ru-RU"/>
        </w:rPr>
        <w:t>[ ]</w:t>
      </w:r>
      <w:proofErr w:type="gramEnd"/>
      <w:r w:rsidRPr="00720119">
        <w:rPr>
          <w:b/>
          <w:lang w:val="ru-RU"/>
        </w:rPr>
        <w:t xml:space="preserve"> </w:t>
      </w:r>
      <w:r w:rsidRPr="00720119">
        <w:rPr>
          <w:lang w:val="ru-RU"/>
        </w:rPr>
        <w:t>заменить товар</w:t>
      </w:r>
      <w:r w:rsidR="00720119">
        <w:rPr>
          <w:lang w:val="ru-RU"/>
        </w:rPr>
        <w:t xml:space="preserve"> на ту же модель (артикул) и выслать покупателю за счет продавца</w:t>
      </w:r>
      <w:r w:rsidRPr="00720119">
        <w:rPr>
          <w:lang w:val="ru-RU"/>
        </w:rPr>
        <w:t>;</w:t>
      </w:r>
    </w:p>
    <w:p w14:paraId="3C18A73B" w14:textId="6C8773F7" w:rsidR="006E61AD" w:rsidRPr="00720119" w:rsidRDefault="00000000">
      <w:pPr>
        <w:rPr>
          <w:lang w:val="ru-RU"/>
        </w:rPr>
      </w:pPr>
      <w:proofErr w:type="gramStart"/>
      <w:r w:rsidRPr="00720119">
        <w:rPr>
          <w:b/>
          <w:lang w:val="ru-RU"/>
        </w:rPr>
        <w:t>[ ]</w:t>
      </w:r>
      <w:proofErr w:type="gramEnd"/>
      <w:r w:rsidRPr="00720119">
        <w:rPr>
          <w:b/>
          <w:lang w:val="ru-RU"/>
        </w:rPr>
        <w:t xml:space="preserve"> </w:t>
      </w:r>
      <w:r w:rsidR="00720119">
        <w:rPr>
          <w:bCs/>
          <w:lang w:val="ru-RU"/>
        </w:rPr>
        <w:t xml:space="preserve">заменить товар на аналог и </w:t>
      </w:r>
      <w:r w:rsidRPr="00720119">
        <w:rPr>
          <w:lang w:val="ru-RU"/>
        </w:rPr>
        <w:t>соразмерно уменьшить цену</w:t>
      </w:r>
      <w:r w:rsidR="00720119">
        <w:rPr>
          <w:lang w:val="ru-RU"/>
        </w:rPr>
        <w:t xml:space="preserve"> / возвратить разницу </w:t>
      </w:r>
      <w:r w:rsidR="00720119">
        <w:rPr>
          <w:lang w:val="ru-RU"/>
        </w:rPr>
        <w:t>и выслать покупателю за счет продавца</w:t>
      </w:r>
      <w:r w:rsidRPr="00720119">
        <w:rPr>
          <w:lang w:val="ru-RU"/>
        </w:rPr>
        <w:t>;</w:t>
      </w:r>
      <w:r w:rsidR="00720119">
        <w:rPr>
          <w:lang w:val="ru-RU"/>
        </w:rPr>
        <w:t xml:space="preserve"> </w:t>
      </w:r>
    </w:p>
    <w:p w14:paraId="261B58A5" w14:textId="77777777" w:rsidR="006E61AD" w:rsidRPr="00720119" w:rsidRDefault="00000000">
      <w:pPr>
        <w:rPr>
          <w:lang w:val="ru-RU"/>
        </w:rPr>
      </w:pPr>
      <w:proofErr w:type="gramStart"/>
      <w:r w:rsidRPr="00720119">
        <w:rPr>
          <w:b/>
          <w:lang w:val="ru-RU"/>
        </w:rPr>
        <w:t>[ ]</w:t>
      </w:r>
      <w:proofErr w:type="gramEnd"/>
      <w:r w:rsidRPr="00720119">
        <w:rPr>
          <w:b/>
          <w:lang w:val="ru-RU"/>
        </w:rPr>
        <w:t xml:space="preserve"> </w:t>
      </w:r>
      <w:r w:rsidRPr="00720119">
        <w:rPr>
          <w:lang w:val="ru-RU"/>
        </w:rPr>
        <w:t>иное:</w:t>
      </w:r>
    </w:p>
    <w:p w14:paraId="022489C3" w14:textId="77777777" w:rsidR="006E61AD" w:rsidRPr="00720119" w:rsidRDefault="00000000">
      <w:pPr>
        <w:rPr>
          <w:lang w:val="ru-RU"/>
        </w:rPr>
      </w:pPr>
      <w:r w:rsidRPr="00720119">
        <w:rPr>
          <w:lang w:val="ru-RU"/>
        </w:rPr>
        <w:t>____________________________________________________________________________________________________</w:t>
      </w:r>
    </w:p>
    <w:p w14:paraId="4EC5ACD2" w14:textId="77777777" w:rsidR="006E61AD" w:rsidRPr="00720119" w:rsidRDefault="00000000">
      <w:pPr>
        <w:rPr>
          <w:lang w:val="ru-RU"/>
        </w:rPr>
      </w:pPr>
      <w:r w:rsidRPr="00720119">
        <w:rPr>
          <w:lang w:val="ru-RU"/>
        </w:rPr>
        <w:t>Предлагаемый способ передачи/возврата товара и распределение транспортных расходов:</w:t>
      </w:r>
    </w:p>
    <w:p w14:paraId="1083C9DD" w14:textId="77777777" w:rsidR="006E61AD" w:rsidRPr="00720119" w:rsidRDefault="00000000">
      <w:pPr>
        <w:rPr>
          <w:lang w:val="ru-RU"/>
        </w:rPr>
      </w:pPr>
      <w:r w:rsidRPr="00720119">
        <w:rPr>
          <w:lang w:val="ru-RU"/>
        </w:rPr>
        <w:t>____________________________________________________________________________________________________</w:t>
      </w:r>
    </w:p>
    <w:p w14:paraId="2AE3D809" w14:textId="69CC3E7D" w:rsidR="006E61AD" w:rsidRPr="00720119" w:rsidRDefault="00000000">
      <w:pPr>
        <w:rPr>
          <w:lang w:val="ru-RU"/>
        </w:rPr>
      </w:pPr>
      <w:r w:rsidRPr="00720119">
        <w:rPr>
          <w:lang w:val="ru-RU"/>
        </w:rPr>
        <w:t>____________________________________________________________________________________________________</w:t>
      </w:r>
      <w:r w:rsidR="00720119">
        <w:rPr>
          <w:lang w:val="ru-RU"/>
        </w:rPr>
        <w:br/>
      </w:r>
    </w:p>
    <w:p w14:paraId="49E8B7DB" w14:textId="77777777" w:rsidR="00720119" w:rsidRPr="00720119" w:rsidRDefault="00000000" w:rsidP="00720119">
      <w:pPr>
        <w:rPr>
          <w:lang w:val="ru-RU"/>
        </w:rPr>
      </w:pPr>
      <w:r w:rsidRPr="00720119">
        <w:rPr>
          <w:b/>
          <w:lang w:val="ru-RU"/>
        </w:rPr>
        <w:t>Банковские реквизиты для возврата денежных средств (при необходимости)</w:t>
      </w:r>
      <w:r w:rsidRPr="00720119">
        <w:rPr>
          <w:lang w:val="ru-RU"/>
        </w:rPr>
        <w:t xml:space="preserve"> </w:t>
      </w:r>
      <w:r w:rsidR="00720119" w:rsidRPr="00720119">
        <w:rPr>
          <w:lang w:val="ru-RU"/>
        </w:rPr>
        <w:t>____________________________________________________________________________________________________</w:t>
      </w:r>
    </w:p>
    <w:p w14:paraId="24B96845" w14:textId="77777777" w:rsidR="00720119" w:rsidRPr="00720119" w:rsidRDefault="00720119" w:rsidP="00720119">
      <w:pPr>
        <w:rPr>
          <w:lang w:val="ru-RU"/>
        </w:rPr>
      </w:pPr>
      <w:r w:rsidRPr="00720119">
        <w:rPr>
          <w:lang w:val="ru-RU"/>
        </w:rPr>
        <w:t>____________________________________________________________________________________________________</w:t>
      </w:r>
    </w:p>
    <w:p w14:paraId="77E1D397" w14:textId="77777777" w:rsidR="00720119" w:rsidRPr="00720119" w:rsidRDefault="00720119" w:rsidP="00720119">
      <w:pPr>
        <w:rPr>
          <w:lang w:val="ru-RU"/>
        </w:rPr>
      </w:pPr>
      <w:r w:rsidRPr="00720119">
        <w:rPr>
          <w:lang w:val="ru-RU"/>
        </w:rPr>
        <w:t>____________________________________________________________________________________________________</w:t>
      </w:r>
    </w:p>
    <w:p w14:paraId="0B3318DD" w14:textId="2D7F2E5C" w:rsidR="006E61AD" w:rsidRPr="00720119" w:rsidRDefault="006E61AD">
      <w:pPr>
        <w:rPr>
          <w:lang w:val="ru-RU"/>
        </w:rPr>
      </w:pPr>
    </w:p>
    <w:p w14:paraId="424D7D2C" w14:textId="77777777" w:rsidR="006E61AD" w:rsidRPr="00720119" w:rsidRDefault="00000000">
      <w:pPr>
        <w:rPr>
          <w:lang w:val="ru-RU"/>
        </w:rPr>
      </w:pPr>
      <w:r w:rsidRPr="00720119">
        <w:rPr>
          <w:b/>
          <w:lang w:val="ru-RU"/>
        </w:rPr>
        <w:t xml:space="preserve">Приложения: </w:t>
      </w:r>
      <w:r w:rsidRPr="00720119">
        <w:rPr>
          <w:lang w:val="ru-RU"/>
        </w:rPr>
        <w:t>счет/договор, УПД/накладная, акт приемки/расхождений, фото/видео, техническое заключение, документы о расходах, переписка и иные материалы:</w:t>
      </w:r>
    </w:p>
    <w:p w14:paraId="31C7E53D" w14:textId="77777777" w:rsidR="006E61AD" w:rsidRPr="00720119" w:rsidRDefault="00000000">
      <w:pPr>
        <w:rPr>
          <w:lang w:val="ru-RU"/>
        </w:rPr>
      </w:pPr>
      <w:r w:rsidRPr="00720119">
        <w:rPr>
          <w:lang w:val="ru-RU"/>
        </w:rPr>
        <w:t>____________________________________________________________________________________________________</w:t>
      </w:r>
    </w:p>
    <w:p w14:paraId="5CB23059" w14:textId="0322457C" w:rsidR="006E61AD" w:rsidRPr="00720119" w:rsidRDefault="00000000">
      <w:pPr>
        <w:rPr>
          <w:lang w:val="ru-RU"/>
        </w:rPr>
      </w:pPr>
      <w:r w:rsidRPr="00720119">
        <w:rPr>
          <w:lang w:val="ru-RU"/>
        </w:rPr>
        <w:t>____________________________________________________________________________________________________</w:t>
      </w:r>
      <w:r w:rsidR="00720119">
        <w:rPr>
          <w:lang w:val="ru-RU"/>
        </w:rPr>
        <w:br/>
      </w:r>
    </w:p>
    <w:p w14:paraId="3AF5A258" w14:textId="3F27541E" w:rsidR="006E61AD" w:rsidRPr="00720119" w:rsidRDefault="00000000">
      <w:pPr>
        <w:rPr>
          <w:lang w:val="ru-RU"/>
        </w:rPr>
      </w:pPr>
      <w:r w:rsidRPr="00720119">
        <w:rPr>
          <w:lang w:val="ru-RU"/>
        </w:rPr>
        <w:t xml:space="preserve">Просим подтвердить получение настоящего обращения и сообщить </w:t>
      </w:r>
      <w:r w:rsidR="00720119">
        <w:rPr>
          <w:lang w:val="ru-RU"/>
        </w:rPr>
        <w:t xml:space="preserve">решение после </w:t>
      </w:r>
      <w:r w:rsidRPr="00720119">
        <w:rPr>
          <w:lang w:val="ru-RU"/>
        </w:rPr>
        <w:t>осмотра/проверки товара, способ его передачи и решение по заявленному требованию. До получения указаний товар будет сохранен в состоянии, позволяющем провести проверку, если иное не требуется для предотвращения дальнейшего ущерба.</w:t>
      </w:r>
      <w:r w:rsidR="00720119">
        <w:rPr>
          <w:lang w:val="ru-RU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98"/>
        <w:gridCol w:w="5298"/>
      </w:tblGrid>
      <w:tr w:rsidR="006E61AD" w14:paraId="5604D257" w14:textId="77777777">
        <w:trPr>
          <w:jc w:val="center"/>
        </w:trPr>
        <w:tc>
          <w:tcPr>
            <w:tcW w:w="529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C61E5E7" w14:textId="77777777" w:rsidR="006E61AD" w:rsidRDefault="00000000">
            <w:proofErr w:type="spellStart"/>
            <w:r>
              <w:t>Дата</w:t>
            </w:r>
            <w:proofErr w:type="spellEnd"/>
            <w:r>
              <w:t>: «___» __________ 20___ г.</w:t>
            </w:r>
          </w:p>
        </w:tc>
        <w:tc>
          <w:tcPr>
            <w:tcW w:w="529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BDCA40" w14:textId="77777777" w:rsidR="006E61AD" w:rsidRDefault="00000000">
            <w:r>
              <w:t>Руководитель / представитель: __________</w:t>
            </w:r>
          </w:p>
        </w:tc>
      </w:tr>
      <w:tr w:rsidR="006E61AD" w14:paraId="38293106" w14:textId="77777777">
        <w:trPr>
          <w:jc w:val="center"/>
        </w:trPr>
        <w:tc>
          <w:tcPr>
            <w:tcW w:w="529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062C53" w14:textId="77777777" w:rsidR="006E61AD" w:rsidRDefault="00000000">
            <w:r>
              <w:t>М.П. (при наличии)</w:t>
            </w:r>
          </w:p>
        </w:tc>
        <w:tc>
          <w:tcPr>
            <w:tcW w:w="5298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DF2207" w14:textId="77777777" w:rsidR="006E61AD" w:rsidRDefault="00000000">
            <w:r>
              <w:t>Ф.И.О., должность: ______________________________</w:t>
            </w:r>
          </w:p>
        </w:tc>
      </w:tr>
    </w:tbl>
    <w:p w14:paraId="1F4A7BCA" w14:textId="77777777" w:rsidR="00EB62BA" w:rsidRDefault="00EB62BA"/>
    <w:sectPr w:rsidR="00EB62BA" w:rsidSect="00034616">
      <w:footerReference w:type="default" r:id="rId8"/>
      <w:pgSz w:w="12240" w:h="15840"/>
      <w:pgMar w:top="595" w:right="822" w:bottom="595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B33280" w14:textId="77777777" w:rsidR="00EB62BA" w:rsidRDefault="00EB62BA">
      <w:pPr>
        <w:spacing w:after="0"/>
      </w:pPr>
      <w:r>
        <w:separator/>
      </w:r>
    </w:p>
  </w:endnote>
  <w:endnote w:type="continuationSeparator" w:id="0">
    <w:p w14:paraId="76F43A0A" w14:textId="77777777" w:rsidR="00EB62BA" w:rsidRDefault="00EB62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E8E97A" w14:textId="77777777" w:rsidR="006E61AD" w:rsidRDefault="00000000">
    <w:pPr>
      <w:pStyle w:val="a7"/>
      <w:jc w:val="center"/>
    </w:pPr>
    <w:r>
      <w:rPr>
        <w:color w:val="666666"/>
        <w:sz w:val="16"/>
      </w:rPr>
      <w:t xml:space="preserve">BAZABTC • </w:t>
    </w:r>
    <w:proofErr w:type="spellStart"/>
    <w:r>
      <w:rPr>
        <w:color w:val="666666"/>
        <w:sz w:val="16"/>
      </w:rPr>
      <w:t>форма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для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заполнения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3303B7" w14:textId="77777777" w:rsidR="00EB62BA" w:rsidRDefault="00EB62BA">
      <w:pPr>
        <w:spacing w:after="0"/>
      </w:pPr>
      <w:r>
        <w:separator/>
      </w:r>
    </w:p>
  </w:footnote>
  <w:footnote w:type="continuationSeparator" w:id="0">
    <w:p w14:paraId="41656D50" w14:textId="77777777" w:rsidR="00EB62BA" w:rsidRDefault="00EB62B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2002659">
    <w:abstractNumId w:val="8"/>
  </w:num>
  <w:num w:numId="2" w16cid:durableId="1597664773">
    <w:abstractNumId w:val="6"/>
  </w:num>
  <w:num w:numId="3" w16cid:durableId="9454742">
    <w:abstractNumId w:val="5"/>
  </w:num>
  <w:num w:numId="4" w16cid:durableId="2138447584">
    <w:abstractNumId w:val="4"/>
  </w:num>
  <w:num w:numId="5" w16cid:durableId="784691042">
    <w:abstractNumId w:val="7"/>
  </w:num>
  <w:num w:numId="6" w16cid:durableId="705521823">
    <w:abstractNumId w:val="3"/>
  </w:num>
  <w:num w:numId="7" w16cid:durableId="114568219">
    <w:abstractNumId w:val="2"/>
  </w:num>
  <w:num w:numId="8" w16cid:durableId="1033187675">
    <w:abstractNumId w:val="1"/>
  </w:num>
  <w:num w:numId="9" w16cid:durableId="18023916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5646"/>
    <w:rsid w:val="0029639D"/>
    <w:rsid w:val="00326F90"/>
    <w:rsid w:val="006E61AD"/>
    <w:rsid w:val="00720119"/>
    <w:rsid w:val="00AA1D8D"/>
    <w:rsid w:val="00B47730"/>
    <w:rsid w:val="00CB0664"/>
    <w:rsid w:val="00D17267"/>
    <w:rsid w:val="00EB62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9E0234"/>
  <w14:defaultImageDpi w14:val="300"/>
  <w15:docId w15:val="{EC60FF83-6DEE-9144-B53A-7FBE85583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30" w:line="240" w:lineRule="auto"/>
    </w:pPr>
    <w:rPr>
      <w:rFonts w:ascii="Arial" w:eastAsia="Arial" w:hAnsi="Arial"/>
      <w:sz w:val="17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80" w:after="40"/>
      <w:outlineLvl w:val="0"/>
    </w:pPr>
    <w:rPr>
      <w:rFonts w:asciiTheme="majorHAnsi" w:eastAsiaTheme="majorEastAsia" w:hAnsiTheme="majorHAnsi" w:cstheme="majorBidi"/>
      <w:b/>
      <w:bCs/>
      <w:color w:val="1F4E78"/>
      <w:sz w:val="2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80" w:after="40"/>
      <w:outlineLvl w:val="1"/>
    </w:pPr>
    <w:rPr>
      <w:rFonts w:asciiTheme="majorHAnsi" w:eastAsiaTheme="majorEastAsia" w:hAnsiTheme="majorHAnsi" w:cstheme="majorBidi"/>
      <w:b/>
      <w:bCs/>
      <w:color w:val="1F4E78"/>
      <w:sz w:val="19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80" w:after="40"/>
      <w:outlineLvl w:val="2"/>
    </w:pPr>
    <w:rPr>
      <w:rFonts w:asciiTheme="majorHAnsi" w:eastAsiaTheme="majorEastAsia" w:hAnsiTheme="majorHAnsi" w:cstheme="majorBidi"/>
      <w:b/>
      <w:bCs/>
      <w:color w:val="202124"/>
      <w:sz w:val="18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before="200" w:after="100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4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20"/>
    </w:pPr>
    <w:rPr>
      <w:rFonts w:ascii="Arial" w:eastAsia="Arial" w:hAnsi="Arial"/>
      <w:color w:val="666666"/>
      <w:sz w:val="14"/>
    </w:rPr>
  </w:style>
  <w:style w:type="paragraph" w:customStyle="1" w:styleId="ButtonText">
    <w:name w:val="Button Text"/>
    <w:pPr>
      <w:spacing w:after="0"/>
    </w:pPr>
    <w:rPr>
      <w:rFonts w:ascii="Arial" w:eastAsia="Arial" w:hAnsi="Arial"/>
      <w:b/>
      <w:color w:val="1F4E78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580</Words>
  <Characters>3309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Elena Anelkina</cp:lastModifiedBy>
  <cp:revision>2</cp:revision>
  <dcterms:created xsi:type="dcterms:W3CDTF">2026-07-10T09:55:00Z</dcterms:created>
  <dcterms:modified xsi:type="dcterms:W3CDTF">2026-07-10T09:55:00Z</dcterms:modified>
  <cp:category/>
</cp:coreProperties>
</file>